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9E3739" w14:textId="77777777" w:rsidR="003738EE" w:rsidRPr="00B26BBB" w:rsidRDefault="001C7F1D">
      <w:pPr>
        <w:pStyle w:val="Tittel"/>
        <w:rPr>
          <w:lang w:val="nb-NO"/>
        </w:rPr>
      </w:pPr>
      <w:r w:rsidRPr="00B26BBB">
        <w:rPr>
          <w:lang w:val="nb-NO"/>
        </w:rPr>
        <w:t>Saksframlegg – Utredning av sammenslåing av partilag</w:t>
      </w:r>
    </w:p>
    <w:p w14:paraId="4EB95548" w14:textId="77777777" w:rsidR="003738EE" w:rsidRPr="00377545" w:rsidRDefault="003738EE">
      <w:pPr>
        <w:rPr>
          <w:b/>
          <w:lang w:val="nb-NO"/>
        </w:rPr>
      </w:pPr>
    </w:p>
    <w:p w14:paraId="37098140" w14:textId="24B3279C" w:rsidR="003738EE" w:rsidRPr="00377545" w:rsidRDefault="001C7F1D">
      <w:pPr>
        <w:rPr>
          <w:b/>
          <w:lang w:val="nb-NO"/>
        </w:rPr>
      </w:pPr>
      <w:r w:rsidRPr="00377545">
        <w:rPr>
          <w:b/>
          <w:lang w:val="nb-NO"/>
        </w:rPr>
        <w:t>Bakgrunn</w:t>
      </w:r>
      <w:r w:rsidR="00377545" w:rsidRPr="00377545">
        <w:rPr>
          <w:b/>
          <w:lang w:val="nb-NO"/>
        </w:rPr>
        <w:t>:</w:t>
      </w:r>
    </w:p>
    <w:p w14:paraId="02B042C7" w14:textId="77777777" w:rsidR="003738EE" w:rsidRPr="00B26BBB" w:rsidRDefault="003738EE">
      <w:pPr>
        <w:rPr>
          <w:lang w:val="nb-NO"/>
        </w:rPr>
      </w:pPr>
    </w:p>
    <w:p w14:paraId="3EFE8D8E" w14:textId="77777777" w:rsidR="003738EE" w:rsidRPr="00B26BBB" w:rsidRDefault="001C7F1D">
      <w:pPr>
        <w:rPr>
          <w:lang w:val="nb-NO"/>
        </w:rPr>
      </w:pPr>
      <w:r w:rsidRPr="00B26BBB">
        <w:rPr>
          <w:lang w:val="nb-NO"/>
        </w:rPr>
        <w:t>Årsmøtet i Vestre Toten Arbeiderparti den 15.03.2026 behandlet sak om framtidig organisering av Reinsvoll/</w:t>
      </w:r>
      <w:proofErr w:type="spellStart"/>
      <w:r w:rsidRPr="00B26BBB">
        <w:rPr>
          <w:lang w:val="nb-NO"/>
        </w:rPr>
        <w:t>Sagvoll</w:t>
      </w:r>
      <w:proofErr w:type="spellEnd"/>
      <w:r w:rsidRPr="00B26BBB">
        <w:rPr>
          <w:lang w:val="nb-NO"/>
        </w:rPr>
        <w:t xml:space="preserve"> partilag. Følgende vedtak ble fattet:</w:t>
      </w:r>
    </w:p>
    <w:p w14:paraId="46896272" w14:textId="77777777" w:rsidR="003738EE" w:rsidRPr="00B26BBB" w:rsidRDefault="003738EE">
      <w:pPr>
        <w:rPr>
          <w:lang w:val="nb-NO"/>
        </w:rPr>
      </w:pPr>
    </w:p>
    <w:p w14:paraId="1F928270" w14:textId="77777777" w:rsidR="003738EE" w:rsidRPr="00B26BBB" w:rsidRDefault="001C7F1D">
      <w:pPr>
        <w:rPr>
          <w:lang w:val="nb-NO"/>
        </w:rPr>
      </w:pPr>
      <w:r w:rsidRPr="00B26BBB">
        <w:rPr>
          <w:lang w:val="nb-NO"/>
        </w:rPr>
        <w:t>«Forslag 3, Styret – Reinsvoll partilag: Sammenslåing av partilaget med Ihle/Bøverbru partilag utredes og legges frem for endelig vedtak i junimøtet. Styret utarbeider en fremdriftsplan for arbeidet som sikrer involvering av berørte medlemmer.»</w:t>
      </w:r>
    </w:p>
    <w:p w14:paraId="52A2C00E" w14:textId="77777777" w:rsidR="003738EE" w:rsidRPr="00B26BBB" w:rsidRDefault="003738EE">
      <w:pPr>
        <w:rPr>
          <w:lang w:val="nb-NO"/>
        </w:rPr>
      </w:pPr>
    </w:p>
    <w:p w14:paraId="48AEA9DC" w14:textId="77777777" w:rsidR="003738EE" w:rsidRPr="00B26BBB" w:rsidRDefault="001C7F1D">
      <w:pPr>
        <w:rPr>
          <w:lang w:val="nb-NO"/>
        </w:rPr>
      </w:pPr>
      <w:r w:rsidRPr="00B26BBB">
        <w:rPr>
          <w:lang w:val="nb-NO"/>
        </w:rPr>
        <w:t>Styret har i etterkant gjennomført en utredning i tråd med årsmøtevedtaket.</w:t>
      </w:r>
    </w:p>
    <w:p w14:paraId="6FB72F6A" w14:textId="77777777" w:rsidR="003738EE" w:rsidRPr="00377545" w:rsidRDefault="003738EE">
      <w:pPr>
        <w:rPr>
          <w:b/>
          <w:lang w:val="nb-NO"/>
        </w:rPr>
      </w:pPr>
    </w:p>
    <w:p w14:paraId="61A2F52F" w14:textId="08034811" w:rsidR="003738EE" w:rsidRPr="00377545" w:rsidRDefault="001C7F1D">
      <w:pPr>
        <w:rPr>
          <w:b/>
          <w:lang w:val="nb-NO"/>
        </w:rPr>
      </w:pPr>
      <w:r w:rsidRPr="00377545">
        <w:rPr>
          <w:b/>
          <w:lang w:val="nb-NO"/>
        </w:rPr>
        <w:t>Formelt grunnlag</w:t>
      </w:r>
      <w:r w:rsidR="00377545" w:rsidRPr="00377545">
        <w:rPr>
          <w:b/>
          <w:lang w:val="nb-NO"/>
        </w:rPr>
        <w:t>:</w:t>
      </w:r>
    </w:p>
    <w:p w14:paraId="43A4F9B2" w14:textId="77777777" w:rsidR="003738EE" w:rsidRPr="00B26BBB" w:rsidRDefault="003738EE">
      <w:pPr>
        <w:rPr>
          <w:lang w:val="nb-NO"/>
        </w:rPr>
      </w:pPr>
    </w:p>
    <w:p w14:paraId="2B0BF18A" w14:textId="77777777" w:rsidR="003738EE" w:rsidRPr="00B26BBB" w:rsidRDefault="001C7F1D">
      <w:pPr>
        <w:rPr>
          <w:lang w:val="nb-NO"/>
        </w:rPr>
      </w:pPr>
      <w:r w:rsidRPr="00B26BBB">
        <w:rPr>
          <w:lang w:val="nb-NO"/>
        </w:rPr>
        <w:t>I henhold til vedtektene § 13.15 heter det:</w:t>
      </w:r>
    </w:p>
    <w:p w14:paraId="043E06BD" w14:textId="77777777" w:rsidR="003738EE" w:rsidRPr="00B26BBB" w:rsidRDefault="001C7F1D">
      <w:pPr>
        <w:rPr>
          <w:lang w:val="nb-NO"/>
        </w:rPr>
      </w:pPr>
      <w:r w:rsidRPr="00B26BBB">
        <w:rPr>
          <w:lang w:val="nb-NO"/>
        </w:rPr>
        <w:t>«Partiavdelinger som ikke har årsmøtevalgte styrer og som over en årsmøteperiode ikke har hatt medlemsaktivitet, regnes ikke lenger som en partiavdeling. Kommunepartiene har i slike tilfeller rett til å gjøre vedtak om at partiavdelingen skal opphøre, medlemmene skal overføres til en annen partiavdeling og partiavdelingens eiendeler skal tilfalle kommunepartiet.»</w:t>
      </w:r>
    </w:p>
    <w:p w14:paraId="5A953EB3" w14:textId="77777777" w:rsidR="003738EE" w:rsidRPr="00B26BBB" w:rsidRDefault="003738EE">
      <w:pPr>
        <w:rPr>
          <w:lang w:val="nb-NO"/>
        </w:rPr>
      </w:pPr>
    </w:p>
    <w:p w14:paraId="2A934227" w14:textId="77777777" w:rsidR="003738EE" w:rsidRPr="00B26BBB" w:rsidRDefault="001C7F1D">
      <w:pPr>
        <w:rPr>
          <w:lang w:val="nb-NO"/>
        </w:rPr>
      </w:pPr>
      <w:r w:rsidRPr="00B26BBB">
        <w:rPr>
          <w:lang w:val="nb-NO"/>
        </w:rPr>
        <w:t>Det formelle ansvaret og beslutningsmyndigheten i saken ligger til styret. Styret har likevel valgt å legge saken frem for medlemsmøte til behandling for å sikre god forankring blant medlemmene.</w:t>
      </w:r>
    </w:p>
    <w:p w14:paraId="6E5DA5EF" w14:textId="0BA06A4E" w:rsidR="003738EE" w:rsidRDefault="003738EE">
      <w:pPr>
        <w:rPr>
          <w:lang w:val="nb-NO"/>
        </w:rPr>
      </w:pPr>
    </w:p>
    <w:p w14:paraId="241AE49D" w14:textId="77777777" w:rsidR="00377545" w:rsidRPr="00377545" w:rsidRDefault="00377545">
      <w:pPr>
        <w:rPr>
          <w:b/>
          <w:lang w:val="nb-NO"/>
        </w:rPr>
      </w:pPr>
    </w:p>
    <w:p w14:paraId="19B3C4E0" w14:textId="7DB7B4CF" w:rsidR="003738EE" w:rsidRPr="00377545" w:rsidRDefault="00377545">
      <w:pPr>
        <w:rPr>
          <w:b/>
          <w:lang w:val="nb-NO"/>
        </w:rPr>
      </w:pPr>
      <w:r w:rsidRPr="00377545">
        <w:rPr>
          <w:b/>
          <w:lang w:val="nb-NO"/>
        </w:rPr>
        <w:lastRenderedPageBreak/>
        <w:t>Utredning</w:t>
      </w:r>
    </w:p>
    <w:p w14:paraId="20949361" w14:textId="77777777" w:rsidR="003738EE" w:rsidRPr="00B26BBB" w:rsidRDefault="003738EE">
      <w:pPr>
        <w:rPr>
          <w:lang w:val="nb-NO"/>
        </w:rPr>
      </w:pPr>
    </w:p>
    <w:p w14:paraId="7EE6A715" w14:textId="77777777" w:rsidR="003738EE" w:rsidRPr="00B26BBB" w:rsidRDefault="001C7F1D">
      <w:pPr>
        <w:rPr>
          <w:lang w:val="nb-NO"/>
        </w:rPr>
      </w:pPr>
      <w:r w:rsidRPr="00B26BBB">
        <w:rPr>
          <w:lang w:val="nb-NO"/>
        </w:rPr>
        <w:t>Det er i perioden gjennomført følgende:</w:t>
      </w:r>
    </w:p>
    <w:p w14:paraId="71A4CF54" w14:textId="77777777" w:rsidR="003738EE" w:rsidRPr="00B26BBB" w:rsidRDefault="001C7F1D">
      <w:pPr>
        <w:rPr>
          <w:lang w:val="nb-NO"/>
        </w:rPr>
      </w:pPr>
      <w:r w:rsidRPr="00B26BBB">
        <w:rPr>
          <w:lang w:val="nb-NO"/>
        </w:rPr>
        <w:t>- Gjennomgang av medlemslister</w:t>
      </w:r>
    </w:p>
    <w:p w14:paraId="5AB2CFB6" w14:textId="77777777" w:rsidR="003738EE" w:rsidRPr="00B26BBB" w:rsidRDefault="001C7F1D">
      <w:pPr>
        <w:rPr>
          <w:lang w:val="nb-NO"/>
        </w:rPr>
      </w:pPr>
      <w:r w:rsidRPr="00B26BBB">
        <w:rPr>
          <w:lang w:val="nb-NO"/>
        </w:rPr>
        <w:t>- Kartlegging av betalende og ikke-betalende medlemmer</w:t>
      </w:r>
    </w:p>
    <w:p w14:paraId="18D75F3F" w14:textId="77777777" w:rsidR="003738EE" w:rsidRPr="00B26BBB" w:rsidRDefault="001C7F1D">
      <w:pPr>
        <w:rPr>
          <w:lang w:val="nb-NO"/>
        </w:rPr>
      </w:pPr>
      <w:r w:rsidRPr="00B26BBB">
        <w:rPr>
          <w:lang w:val="nb-NO"/>
        </w:rPr>
        <w:t>- Analyse av utviklingen i partilaget over tid</w:t>
      </w:r>
    </w:p>
    <w:p w14:paraId="196DBD78" w14:textId="77777777" w:rsidR="003738EE" w:rsidRPr="00B26BBB" w:rsidRDefault="001C7F1D">
      <w:pPr>
        <w:rPr>
          <w:lang w:val="nb-NO"/>
        </w:rPr>
      </w:pPr>
      <w:r w:rsidRPr="00B26BBB">
        <w:rPr>
          <w:lang w:val="nb-NO"/>
        </w:rPr>
        <w:t>- Dialog med medlemmer gjennom utsendelse av e-post og SMS</w:t>
      </w:r>
    </w:p>
    <w:p w14:paraId="220A664F" w14:textId="77777777" w:rsidR="003738EE" w:rsidRPr="00377545" w:rsidRDefault="003738EE">
      <w:pPr>
        <w:rPr>
          <w:b/>
          <w:lang w:val="nb-NO"/>
        </w:rPr>
      </w:pPr>
    </w:p>
    <w:p w14:paraId="0403A3A5" w14:textId="00F07717" w:rsidR="003738EE" w:rsidRPr="00377545" w:rsidRDefault="001C7F1D">
      <w:pPr>
        <w:rPr>
          <w:b/>
          <w:lang w:val="nb-NO"/>
        </w:rPr>
      </w:pPr>
      <w:r w:rsidRPr="00377545">
        <w:rPr>
          <w:b/>
          <w:lang w:val="nb-NO"/>
        </w:rPr>
        <w:t>Medlemsstatus og utvikling</w:t>
      </w:r>
      <w:r w:rsidR="00377545" w:rsidRPr="00377545">
        <w:rPr>
          <w:b/>
          <w:lang w:val="nb-NO"/>
        </w:rPr>
        <w:t>:</w:t>
      </w:r>
    </w:p>
    <w:p w14:paraId="1AA9943C" w14:textId="77777777" w:rsidR="003738EE" w:rsidRPr="00B26BBB" w:rsidRDefault="003738EE">
      <w:pPr>
        <w:rPr>
          <w:lang w:val="nb-NO"/>
        </w:rPr>
      </w:pPr>
    </w:p>
    <w:p w14:paraId="76A88A79" w14:textId="77777777" w:rsidR="003738EE" w:rsidRPr="00B26BBB" w:rsidRDefault="001C7F1D">
      <w:pPr>
        <w:rPr>
          <w:lang w:val="nb-NO"/>
        </w:rPr>
      </w:pPr>
      <w:r w:rsidRPr="00B26BBB">
        <w:rPr>
          <w:lang w:val="nb-NO"/>
        </w:rPr>
        <w:t>Per 9. juni 2026 har Reinsvoll/</w:t>
      </w:r>
      <w:proofErr w:type="spellStart"/>
      <w:r w:rsidRPr="00B26BBB">
        <w:rPr>
          <w:lang w:val="nb-NO"/>
        </w:rPr>
        <w:t>Sagvoll</w:t>
      </w:r>
      <w:proofErr w:type="spellEnd"/>
      <w:r w:rsidRPr="00B26BBB">
        <w:rPr>
          <w:lang w:val="nb-NO"/>
        </w:rPr>
        <w:t xml:space="preserve"> partilag 29 betalende medlemmer. Potensialet (medlemmer som er fakturert uavhengig av betaling) er 36 medlemmer. I perioden fra 1. juni 2019 til 9. juni 2026 har partilaget hatt 4 nye betalende medlemmer.</w:t>
      </w:r>
    </w:p>
    <w:p w14:paraId="3AD54B81" w14:textId="77777777" w:rsidR="003738EE" w:rsidRPr="00B26BBB" w:rsidRDefault="003738EE">
      <w:pPr>
        <w:rPr>
          <w:lang w:val="nb-NO"/>
        </w:rPr>
      </w:pPr>
    </w:p>
    <w:p w14:paraId="23BE5DF8" w14:textId="77777777" w:rsidR="003738EE" w:rsidRPr="00B26BBB" w:rsidRDefault="001C7F1D">
      <w:pPr>
        <w:rPr>
          <w:lang w:val="nb-NO"/>
        </w:rPr>
      </w:pPr>
      <w:r w:rsidRPr="00B26BBB">
        <w:rPr>
          <w:lang w:val="nb-NO"/>
        </w:rPr>
        <w:t>Utviklingen viser begrenset rekruttering over tid, samtidig som medlemsfrafallet i samme periode er høyere enn nyrekrutteringen. Det er heller ikke observert stabil vekst i medlemsmassen.</w:t>
      </w:r>
    </w:p>
    <w:p w14:paraId="5927BF38" w14:textId="77777777" w:rsidR="003738EE" w:rsidRPr="00B26BBB" w:rsidRDefault="003738EE">
      <w:pPr>
        <w:rPr>
          <w:lang w:val="nb-NO"/>
        </w:rPr>
      </w:pPr>
    </w:p>
    <w:p w14:paraId="64DFB629" w14:textId="77777777" w:rsidR="003738EE" w:rsidRPr="00B26BBB" w:rsidRDefault="001C7F1D">
      <w:pPr>
        <w:rPr>
          <w:lang w:val="nb-NO"/>
        </w:rPr>
      </w:pPr>
      <w:r w:rsidRPr="00B26BBB">
        <w:rPr>
          <w:lang w:val="nb-NO"/>
        </w:rPr>
        <w:t xml:space="preserve">Det er de siste to årene gjort gjentatte forsøk på å </w:t>
      </w:r>
      <w:proofErr w:type="spellStart"/>
      <w:r w:rsidRPr="00B26BBB">
        <w:rPr>
          <w:lang w:val="nb-NO"/>
        </w:rPr>
        <w:t>restarte</w:t>
      </w:r>
      <w:proofErr w:type="spellEnd"/>
      <w:r w:rsidRPr="00B26BBB">
        <w:rPr>
          <w:lang w:val="nb-NO"/>
        </w:rPr>
        <w:t xml:space="preserve"> aktivitet og drift i partilaget, men dette har ikke lykkes. Partilaget har i praksis hatt lav aktivitet over tid.</w:t>
      </w:r>
    </w:p>
    <w:p w14:paraId="755C3588" w14:textId="77777777" w:rsidR="003738EE" w:rsidRPr="00377545" w:rsidRDefault="003738EE">
      <w:pPr>
        <w:rPr>
          <w:b/>
          <w:lang w:val="nb-NO"/>
        </w:rPr>
      </w:pPr>
    </w:p>
    <w:p w14:paraId="6D7E9F29" w14:textId="241568B3" w:rsidR="003738EE" w:rsidRPr="00377545" w:rsidRDefault="001C7F1D">
      <w:pPr>
        <w:rPr>
          <w:b/>
          <w:lang w:val="nb-NO"/>
        </w:rPr>
      </w:pPr>
      <w:r w:rsidRPr="00377545">
        <w:rPr>
          <w:b/>
          <w:lang w:val="nb-NO"/>
        </w:rPr>
        <w:t>Medlemsinvolvering</w:t>
      </w:r>
      <w:r w:rsidR="00377545" w:rsidRPr="00377545">
        <w:rPr>
          <w:b/>
          <w:lang w:val="nb-NO"/>
        </w:rPr>
        <w:t>:</w:t>
      </w:r>
    </w:p>
    <w:p w14:paraId="2DACD25E" w14:textId="77777777" w:rsidR="003738EE" w:rsidRPr="00B26BBB" w:rsidRDefault="003738EE">
      <w:pPr>
        <w:rPr>
          <w:lang w:val="nb-NO"/>
        </w:rPr>
      </w:pPr>
    </w:p>
    <w:p w14:paraId="5A0F3E55" w14:textId="77777777" w:rsidR="003738EE" w:rsidRPr="00B26BBB" w:rsidRDefault="001C7F1D">
      <w:pPr>
        <w:rPr>
          <w:lang w:val="nb-NO"/>
        </w:rPr>
      </w:pPr>
      <w:r w:rsidRPr="00B26BBB">
        <w:rPr>
          <w:lang w:val="nb-NO"/>
        </w:rPr>
        <w:t>Alle registrerte medlemmer er kontaktet via e-post og SMS med informasjon om utredningen og mulighet til å komme med innspill, innsigelser eller ønske om tilknytning til annet partilag.</w:t>
      </w:r>
    </w:p>
    <w:p w14:paraId="15D72916" w14:textId="77777777" w:rsidR="003738EE" w:rsidRPr="00B26BBB" w:rsidRDefault="003738EE">
      <w:pPr>
        <w:rPr>
          <w:lang w:val="nb-NO"/>
        </w:rPr>
      </w:pPr>
    </w:p>
    <w:p w14:paraId="7A4FDB2C" w14:textId="77777777" w:rsidR="003738EE" w:rsidRPr="00B26BBB" w:rsidRDefault="001C7F1D">
      <w:pPr>
        <w:rPr>
          <w:lang w:val="nb-NO"/>
        </w:rPr>
      </w:pPr>
      <w:r w:rsidRPr="00B26BBB">
        <w:rPr>
          <w:lang w:val="nb-NO"/>
        </w:rPr>
        <w:t>Ved fristens utløp har det ikke kommet innsigelser mot en sammenslåing. Fem medlemmer har uttrykt ønske om å bli overført til Raufoss partilag. Øvrige medlemmer har ikke gitt uttrykk for andre preferanser.</w:t>
      </w:r>
    </w:p>
    <w:p w14:paraId="6498314D" w14:textId="77777777" w:rsidR="003738EE" w:rsidRPr="00377545" w:rsidRDefault="003738EE">
      <w:pPr>
        <w:rPr>
          <w:b/>
          <w:lang w:val="nb-NO"/>
        </w:rPr>
      </w:pPr>
    </w:p>
    <w:p w14:paraId="3DA83CCD" w14:textId="645E6F79" w:rsidR="003738EE" w:rsidRPr="00377545" w:rsidRDefault="001C7F1D">
      <w:pPr>
        <w:rPr>
          <w:b/>
          <w:lang w:val="nb-NO"/>
        </w:rPr>
      </w:pPr>
      <w:r w:rsidRPr="00377545">
        <w:rPr>
          <w:b/>
          <w:lang w:val="nb-NO"/>
        </w:rPr>
        <w:t>Vurdering</w:t>
      </w:r>
      <w:r w:rsidR="00377545" w:rsidRPr="00377545">
        <w:rPr>
          <w:b/>
          <w:lang w:val="nb-NO"/>
        </w:rPr>
        <w:t>:</w:t>
      </w:r>
    </w:p>
    <w:p w14:paraId="7A31588A" w14:textId="77777777" w:rsidR="003738EE" w:rsidRPr="00B26BBB" w:rsidRDefault="003738EE">
      <w:pPr>
        <w:rPr>
          <w:lang w:val="nb-NO"/>
        </w:rPr>
      </w:pPr>
    </w:p>
    <w:p w14:paraId="521E9EB1" w14:textId="77777777" w:rsidR="003738EE" w:rsidRPr="00B26BBB" w:rsidRDefault="001C7F1D">
      <w:pPr>
        <w:rPr>
          <w:lang w:val="nb-NO"/>
        </w:rPr>
      </w:pPr>
      <w:r w:rsidRPr="00B26BBB">
        <w:rPr>
          <w:lang w:val="nb-NO"/>
        </w:rPr>
        <w:t>Styret vurderer at Reinsvoll/</w:t>
      </w:r>
      <w:proofErr w:type="spellStart"/>
      <w:r w:rsidRPr="00B26BBB">
        <w:rPr>
          <w:lang w:val="nb-NO"/>
        </w:rPr>
        <w:t>Sagvoll</w:t>
      </w:r>
      <w:proofErr w:type="spellEnd"/>
      <w:r w:rsidRPr="00B26BBB">
        <w:rPr>
          <w:lang w:val="nb-NO"/>
        </w:rPr>
        <w:t xml:space="preserve"> partilag ikke har et tilstrekkelig aktivitetsnivå eller organisatorisk grunnlag for videre drift som selvstendig enhet. Over tid har det ikke lykkes å etablere et fungerende styre eller stabil aktivitet.</w:t>
      </w:r>
    </w:p>
    <w:p w14:paraId="7BBAD02D" w14:textId="77777777" w:rsidR="003738EE" w:rsidRPr="00B26BBB" w:rsidRDefault="003738EE">
      <w:pPr>
        <w:rPr>
          <w:lang w:val="nb-NO"/>
        </w:rPr>
      </w:pPr>
    </w:p>
    <w:p w14:paraId="48D1536C" w14:textId="77777777" w:rsidR="003738EE" w:rsidRPr="00B26BBB" w:rsidRDefault="001C7F1D">
      <w:pPr>
        <w:rPr>
          <w:lang w:val="nb-NO"/>
        </w:rPr>
      </w:pPr>
      <w:r w:rsidRPr="00B26BBB">
        <w:rPr>
          <w:lang w:val="nb-NO"/>
        </w:rPr>
        <w:t>Medlemmene har krav på oppfølging, politisk aktivitet og et inkluderende partifellesskap. For å ivareta dette på en god måte vurderes det som mest hensiktsmessig at medlemmene overføres til et større og mer aktivt partilag.</w:t>
      </w:r>
    </w:p>
    <w:p w14:paraId="217A207E" w14:textId="77777777" w:rsidR="003738EE" w:rsidRPr="00B26BBB" w:rsidRDefault="003738EE">
      <w:pPr>
        <w:rPr>
          <w:lang w:val="nb-NO"/>
        </w:rPr>
      </w:pPr>
    </w:p>
    <w:p w14:paraId="653D3579" w14:textId="77777777" w:rsidR="003738EE" w:rsidRPr="00B26BBB" w:rsidRDefault="001C7F1D">
      <w:pPr>
        <w:rPr>
          <w:lang w:val="nb-NO"/>
        </w:rPr>
      </w:pPr>
      <w:r w:rsidRPr="00B26BBB">
        <w:rPr>
          <w:lang w:val="nb-NO"/>
        </w:rPr>
        <w:t>Ihle/Bøverbru partilag fremstår som et naturlig valg basert på geografisk tilhørighet og eksisterende aktivitet.</w:t>
      </w:r>
    </w:p>
    <w:p w14:paraId="78394988" w14:textId="77777777" w:rsidR="003738EE" w:rsidRPr="00377545" w:rsidRDefault="003738EE">
      <w:pPr>
        <w:rPr>
          <w:b/>
          <w:lang w:val="nb-NO"/>
        </w:rPr>
      </w:pPr>
    </w:p>
    <w:p w14:paraId="48C6D9CC" w14:textId="15E74F23" w:rsidR="003738EE" w:rsidRPr="00377545" w:rsidRDefault="001C7F1D">
      <w:pPr>
        <w:rPr>
          <w:b/>
          <w:lang w:val="nb-NO"/>
        </w:rPr>
      </w:pPr>
      <w:r w:rsidRPr="00377545">
        <w:rPr>
          <w:b/>
          <w:lang w:val="nb-NO"/>
        </w:rPr>
        <w:t>Forslag til vedtak</w:t>
      </w:r>
      <w:r w:rsidR="00377545" w:rsidRPr="00377545">
        <w:rPr>
          <w:b/>
          <w:lang w:val="nb-NO"/>
        </w:rPr>
        <w:t>:</w:t>
      </w:r>
    </w:p>
    <w:p w14:paraId="0F9E3676" w14:textId="77777777" w:rsidR="003738EE" w:rsidRPr="00B26BBB" w:rsidRDefault="003738EE">
      <w:pPr>
        <w:rPr>
          <w:lang w:val="nb-NO"/>
        </w:rPr>
      </w:pPr>
    </w:p>
    <w:p w14:paraId="439C0E0E" w14:textId="77777777" w:rsidR="003738EE" w:rsidRPr="00B26BBB" w:rsidRDefault="001C7F1D">
      <w:pPr>
        <w:rPr>
          <w:lang w:val="nb-NO"/>
        </w:rPr>
      </w:pPr>
      <w:r w:rsidRPr="00B26BBB">
        <w:rPr>
          <w:lang w:val="nb-NO"/>
        </w:rPr>
        <w:t>1. Reinsvoll/</w:t>
      </w:r>
      <w:proofErr w:type="spellStart"/>
      <w:r w:rsidRPr="00B26BBB">
        <w:rPr>
          <w:lang w:val="nb-NO"/>
        </w:rPr>
        <w:t>Sagvoll</w:t>
      </w:r>
      <w:proofErr w:type="spellEnd"/>
      <w:r w:rsidRPr="00B26BBB">
        <w:rPr>
          <w:lang w:val="nb-NO"/>
        </w:rPr>
        <w:t xml:space="preserve"> partilag avvikles som egen partiavdeling.</w:t>
      </w:r>
    </w:p>
    <w:p w14:paraId="54D409F9" w14:textId="77777777" w:rsidR="003738EE" w:rsidRPr="00B26BBB" w:rsidRDefault="001C7F1D">
      <w:pPr>
        <w:rPr>
          <w:lang w:val="nb-NO"/>
        </w:rPr>
      </w:pPr>
      <w:r w:rsidRPr="00B26BBB">
        <w:rPr>
          <w:lang w:val="nb-NO"/>
        </w:rPr>
        <w:t xml:space="preserve">2. Medlemmene overføres til Ihle/Bøverbru partilag, med unntak av de medlemmer som </w:t>
      </w:r>
      <w:bookmarkStart w:id="0" w:name="_GoBack"/>
      <w:bookmarkEnd w:id="0"/>
      <w:r w:rsidRPr="00B26BBB">
        <w:rPr>
          <w:lang w:val="nb-NO"/>
        </w:rPr>
        <w:t>har bedt om overføring til Raufoss partilag.</w:t>
      </w:r>
    </w:p>
    <w:p w14:paraId="658F7BF5" w14:textId="2AD8A8D4" w:rsidR="003738EE" w:rsidRDefault="001C7F1D">
      <w:pPr>
        <w:rPr>
          <w:lang w:val="nb-NO"/>
        </w:rPr>
      </w:pPr>
      <w:r w:rsidRPr="00B26BBB">
        <w:rPr>
          <w:lang w:val="nb-NO"/>
        </w:rPr>
        <w:t>3. Eventuelle eiendeler tilfaller Vestre Toten Arbeiderparti, jf. vedtektene § 13.15.</w:t>
      </w:r>
    </w:p>
    <w:p w14:paraId="54D18D14" w14:textId="7871275E" w:rsidR="00377545" w:rsidRPr="00B26BBB" w:rsidRDefault="00377545">
      <w:pPr>
        <w:rPr>
          <w:lang w:val="nb-NO"/>
        </w:rPr>
      </w:pPr>
      <w:r>
        <w:rPr>
          <w:lang w:val="nb-NO"/>
        </w:rPr>
        <w:t xml:space="preserve">4. Navnet på den nye partiavdelingen skal være: Ihle, Bøverbru og Reinsvoll </w:t>
      </w:r>
      <w:proofErr w:type="spellStart"/>
      <w:r>
        <w:rPr>
          <w:lang w:val="nb-NO"/>
        </w:rPr>
        <w:t>arbeiderlag</w:t>
      </w:r>
      <w:proofErr w:type="spellEnd"/>
    </w:p>
    <w:p w14:paraId="4C93526D" w14:textId="2168F040" w:rsidR="003738EE" w:rsidRPr="00B26BBB" w:rsidRDefault="00377545">
      <w:pPr>
        <w:rPr>
          <w:lang w:val="nb-NO"/>
        </w:rPr>
      </w:pPr>
      <w:r>
        <w:rPr>
          <w:lang w:val="nb-NO"/>
        </w:rPr>
        <w:t>5</w:t>
      </w:r>
      <w:r w:rsidR="001C7F1D" w:rsidRPr="00B26BBB">
        <w:rPr>
          <w:lang w:val="nb-NO"/>
        </w:rPr>
        <w:t>. Styret gis fullmakt til å gjennomføre nødvendige administrative tiltak for overføringen.</w:t>
      </w:r>
    </w:p>
    <w:p w14:paraId="4ACDF311" w14:textId="77777777" w:rsidR="003738EE" w:rsidRPr="00B26BBB" w:rsidRDefault="003738EE">
      <w:pPr>
        <w:rPr>
          <w:lang w:val="nb-NO"/>
        </w:rPr>
      </w:pPr>
    </w:p>
    <w:p w14:paraId="59F2BA5A" w14:textId="77777777" w:rsidR="003738EE" w:rsidRPr="00B26BBB" w:rsidRDefault="003738EE">
      <w:pPr>
        <w:rPr>
          <w:lang w:val="nb-NO"/>
        </w:rPr>
      </w:pPr>
    </w:p>
    <w:sectPr w:rsidR="003738EE" w:rsidRPr="00B26BB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94E8C"/>
    <w:rsid w:val="001C7F1D"/>
    <w:rsid w:val="0029639D"/>
    <w:rsid w:val="00326F90"/>
    <w:rsid w:val="003738EE"/>
    <w:rsid w:val="00377545"/>
    <w:rsid w:val="00654047"/>
    <w:rsid w:val="00AA1D8D"/>
    <w:rsid w:val="00B26BBB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0BF98D"/>
  <w14:defaultImageDpi w14:val="300"/>
  <w15:docId w15:val="{A13C72DF-7A51-4C62-BE2D-324502C7A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-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-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-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-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-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-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-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-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-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-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-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-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-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-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-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-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-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-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-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-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-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-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-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-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-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-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-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-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-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-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-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-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-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-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-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-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-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-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-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-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-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-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-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-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-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483136-AEDE-4BA6-A822-22DF44B9A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561</Words>
  <Characters>2979</Characters>
  <Application>Microsoft Office Word</Application>
  <DocSecurity>0</DocSecurity>
  <Lines>24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Henning Engeskaug Karlsen</dc:creator>
  <cp:keywords/>
  <dc:description>generated by python-docx</dc:description>
  <cp:lastModifiedBy>Henning Engeskaug Karlsen</cp:lastModifiedBy>
  <cp:revision>2</cp:revision>
  <dcterms:created xsi:type="dcterms:W3CDTF">2026-06-09T17:56:00Z</dcterms:created>
  <dcterms:modified xsi:type="dcterms:W3CDTF">2026-06-09T17:56:00Z</dcterms:modified>
  <cp:category/>
</cp:coreProperties>
</file>