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0ED1D" w14:textId="62E73A17" w:rsidR="00F77477" w:rsidRDefault="00000000" w:rsidP="00406473">
      <w:pPr>
        <w:spacing w:after="240" w:line="240" w:lineRule="auto"/>
        <w:jc w:val="center"/>
      </w:pPr>
      <w:r>
        <w:rPr>
          <w:b/>
        </w:rPr>
        <w:t>FORMAL DEMAND FOR RETURN OF PERSONAL PROPERTY</w:t>
      </w:r>
    </w:p>
    <w:p w14:paraId="67352E73" w14:textId="77777777" w:rsidR="00F77477" w:rsidRDefault="00000000">
      <w:pPr>
        <w:spacing w:after="360" w:line="240" w:lineRule="auto"/>
        <w:jc w:val="center"/>
      </w:pPr>
      <w:r>
        <w:rPr>
          <w:i/>
        </w:rPr>
        <w:t>Baltimore City, Maryland</w:t>
      </w:r>
    </w:p>
    <w:p w14:paraId="7E43E577" w14:textId="3A998C98" w:rsidR="00F77477" w:rsidRDefault="00000000">
      <w:pPr>
        <w:spacing w:after="120" w:line="240" w:lineRule="auto"/>
      </w:pPr>
      <w:r>
        <w:t>Date:</w:t>
      </w:r>
      <w:r w:rsidR="00D71C86">
        <w:t xml:space="preserve"> </w:t>
      </w:r>
      <w:r w:rsidR="004024F5">
        <w:t>01/05/2025</w:t>
      </w:r>
    </w:p>
    <w:p w14:paraId="0DC6FCEC" w14:textId="0ADA3236" w:rsidR="00F77477" w:rsidRDefault="00000000">
      <w:pPr>
        <w:spacing w:after="240" w:line="240" w:lineRule="auto"/>
      </w:pPr>
      <w:r>
        <w:t>Via:</w:t>
      </w:r>
      <w:r w:rsidR="00AD265F">
        <w:t xml:space="preserve"> once all parties establish an agreement, we can then discuss how</w:t>
      </w:r>
      <w:r w:rsidR="00FA3F08">
        <w:t xml:space="preserve"> return of </w:t>
      </w:r>
      <w:r w:rsidR="00AD265F">
        <w:t>property or</w:t>
      </w:r>
      <w:r w:rsidR="00D26A51">
        <w:t xml:space="preserve"> r</w:t>
      </w:r>
      <w:r w:rsidR="00AD265F">
        <w:t>eimbursement can be made.</w:t>
      </w:r>
      <w:r w:rsidR="00FA3F08">
        <w:t xml:space="preserve"> </w:t>
      </w:r>
    </w:p>
    <w:p w14:paraId="25E1926C" w14:textId="75A31432" w:rsidR="00F77477" w:rsidRDefault="00000000">
      <w:pPr>
        <w:spacing w:after="0" w:line="240" w:lineRule="auto"/>
      </w:pPr>
      <w:r>
        <w:t xml:space="preserve">To: </w:t>
      </w:r>
      <w:r w:rsidR="0066639B">
        <w:t xml:space="preserve"> </w:t>
      </w:r>
      <w:r w:rsidR="00303A38">
        <w:t xml:space="preserve">Zeynep </w:t>
      </w:r>
      <w:r>
        <w:t xml:space="preserve">Ceyda </w:t>
      </w:r>
      <w:r w:rsidR="00D71C86">
        <w:t>Sayali</w:t>
      </w:r>
    </w:p>
    <w:p w14:paraId="3B188857" w14:textId="77777777" w:rsidR="0066639B" w:rsidRDefault="00D71C86" w:rsidP="00D71C86">
      <w:pPr>
        <w:spacing w:after="240" w:line="240" w:lineRule="auto"/>
      </w:pPr>
      <w:r>
        <w:t>3608 Edgegreen Ave.</w:t>
      </w:r>
    </w:p>
    <w:p w14:paraId="72696B7A" w14:textId="54BEE9B4" w:rsidR="00303A38" w:rsidRDefault="00D71C86" w:rsidP="00D71C86">
      <w:pPr>
        <w:spacing w:after="240" w:line="240" w:lineRule="auto"/>
      </w:pPr>
      <w:r>
        <w:t>Baltimore, MD, 21211</w:t>
      </w:r>
    </w:p>
    <w:p w14:paraId="76B84A04" w14:textId="77777777" w:rsidR="00F77477" w:rsidRDefault="00000000">
      <w:pPr>
        <w:spacing w:after="0" w:line="240" w:lineRule="auto"/>
      </w:pPr>
      <w:r>
        <w:t>From: Matthew Schuyler Clayton</w:t>
      </w:r>
    </w:p>
    <w:p w14:paraId="0414F063" w14:textId="77777777" w:rsidR="00D71C86" w:rsidRDefault="00D71C86">
      <w:pPr>
        <w:spacing w:after="0" w:line="240" w:lineRule="auto"/>
      </w:pPr>
      <w:r>
        <w:t>1718 Rock Springs Rd.,</w:t>
      </w:r>
    </w:p>
    <w:p w14:paraId="5821EC4F" w14:textId="77777777" w:rsidR="00D71C86" w:rsidRDefault="00D71C86">
      <w:pPr>
        <w:spacing w:after="0" w:line="240" w:lineRule="auto"/>
      </w:pPr>
      <w:r>
        <w:t>Kingsport, TN, 37664</w:t>
      </w:r>
    </w:p>
    <w:p w14:paraId="4C8B2D63" w14:textId="77777777" w:rsidR="00D71C86" w:rsidRDefault="00D71C86">
      <w:pPr>
        <w:spacing w:after="0" w:line="240" w:lineRule="auto"/>
      </w:pPr>
      <w:r>
        <w:t>(423) 930-5106</w:t>
      </w:r>
    </w:p>
    <w:p w14:paraId="75DC8577" w14:textId="75FF9DDF" w:rsidR="00F77477" w:rsidRDefault="00D71C86" w:rsidP="00D71C86">
      <w:pPr>
        <w:spacing w:after="0" w:line="240" w:lineRule="auto"/>
      </w:pPr>
      <w:r>
        <w:t>s</w:t>
      </w:r>
      <w:r w:rsidR="00871B14">
        <w:t>c</w:t>
      </w:r>
      <w:r>
        <w:t>layton32@yahoo.com</w:t>
      </w:r>
    </w:p>
    <w:p w14:paraId="3074E087" w14:textId="77777777" w:rsidR="00D71C86" w:rsidRDefault="00D71C86">
      <w:pPr>
        <w:spacing w:after="240" w:line="240" w:lineRule="auto"/>
        <w:rPr>
          <w:b/>
        </w:rPr>
      </w:pPr>
    </w:p>
    <w:p w14:paraId="27F92C6E" w14:textId="0738FDFF" w:rsidR="00F77477" w:rsidRDefault="00000000">
      <w:pPr>
        <w:spacing w:after="240" w:line="240" w:lineRule="auto"/>
      </w:pPr>
      <w:r>
        <w:rPr>
          <w:b/>
        </w:rPr>
        <w:t>Re: Formal Demand for Immediate Return of Personal Property</w:t>
      </w:r>
    </w:p>
    <w:p w14:paraId="1D2A37BA" w14:textId="05679DEF" w:rsidR="00F77477" w:rsidRDefault="00000000">
      <w:pPr>
        <w:spacing w:after="120" w:line="240" w:lineRule="auto"/>
      </w:pPr>
      <w:r>
        <w:t>This letter serves as formal written demand for the immediate return of my personal property currently in your possession</w:t>
      </w:r>
      <w:r w:rsidR="00263EC4">
        <w:t xml:space="preserve"> that was left out when my other belongings were taken to the storage unit</w:t>
      </w:r>
      <w:r>
        <w:t>.</w:t>
      </w:r>
      <w:r w:rsidR="004024F5">
        <w:t xml:space="preserve">  I have done a complete inventory, and these are the final missing items.  Of note, it is quite difficult to do an inventory when you are not allowed access to the place your belongings are being held from you.</w:t>
      </w:r>
    </w:p>
    <w:p w14:paraId="2B200DF5" w14:textId="72FB3867" w:rsidR="00B23BB3" w:rsidRDefault="00000000">
      <w:pPr>
        <w:spacing w:after="120" w:line="240" w:lineRule="auto"/>
      </w:pPr>
      <w:r>
        <w:t>You previously stated that you placed my belongings into storage for me to retrieve. Despite multiple documented attempts by myself and members of my family to coordinate retrieval, you failed to respond or make the property available.</w:t>
      </w:r>
      <w:r w:rsidR="002112B0">
        <w:t xml:space="preserve">  </w:t>
      </w:r>
      <w:r w:rsidR="00244CB1">
        <w:t xml:space="preserve">This is a clear violation of the Baltimore City’s Bill of Rights for Tenants.  </w:t>
      </w:r>
      <w:r w:rsidR="002112B0">
        <w:t>Nor did you follow the well documented original plan to have a mutual friend, Luke Chetelat, assist with the move.  For the record, Luke had remained in steady and consistent communication with Mr. Clayton and had detailed collecting, packing, and storing</w:t>
      </w:r>
      <w:r w:rsidR="00B23BB3">
        <w:t xml:space="preserve"> </w:t>
      </w:r>
      <w:r w:rsidR="00244CB1">
        <w:t>procedures.</w:t>
      </w:r>
      <w:r w:rsidR="00B23BB3">
        <w:t xml:space="preserve"> This original move of Mr. Clayton’s belongings was to take place on November 28, 2025, but it was communicated after the fact that Luke had become ill</w:t>
      </w:r>
      <w:r w:rsidR="00244CB1">
        <w:t xml:space="preserve"> and would not be able to help move that day.  </w:t>
      </w:r>
      <w:r w:rsidR="0072463E">
        <w:t xml:space="preserve">He </w:t>
      </w:r>
      <w:r w:rsidR="00B23BB3">
        <w:t>had a fever and couldn’t help that day</w:t>
      </w:r>
      <w:r w:rsidR="0072463E">
        <w:t xml:space="preserve">, but </w:t>
      </w:r>
      <w:r w:rsidR="00B23BB3">
        <w:t xml:space="preserve">rather than contact Mr. Clayton or his family to discuss other arrangements or to discuss moving when Luke Felt better, Ms. Sayali took it upon herself to get another mutual friend, Emilie to help her move Mr. Clayton’s belongings by themselves under the </w:t>
      </w:r>
      <w:r w:rsidR="0072463E">
        <w:t>supervision</w:t>
      </w:r>
      <w:r w:rsidR="00B23BB3">
        <w:t xml:space="preserve"> of a </w:t>
      </w:r>
      <w:r w:rsidR="0072463E">
        <w:t xml:space="preserve">State Trooper </w:t>
      </w:r>
      <w:r w:rsidR="00B23BB3">
        <w:t xml:space="preserve">of which they </w:t>
      </w:r>
      <w:r w:rsidR="0072463E">
        <w:t>did not</w:t>
      </w:r>
      <w:r w:rsidR="00B23BB3">
        <w:t xml:space="preserve"> badge number or contact info for. Nor was it ever discussed that this would be necessary. Mr. Clayton and his family were provided only still photographs of the </w:t>
      </w:r>
      <w:r w:rsidR="0072463E">
        <w:t>aftereffects</w:t>
      </w:r>
      <w:r w:rsidR="00B23BB3">
        <w:t xml:space="preserve"> of the move, no videotape was taken as it was said, and it was confirmed by Mr. Clayton I </w:t>
      </w:r>
      <w:r w:rsidR="0072463E">
        <w:t>spoke</w:t>
      </w:r>
      <w:r w:rsidR="00B23BB3">
        <w:t xml:space="preserve"> with a public storage employee that was present that day, that </w:t>
      </w:r>
      <w:r w:rsidR="0072463E">
        <w:t xml:space="preserve">stated he did not witness any law enforcement being </w:t>
      </w:r>
      <w:r w:rsidR="00B23BB3">
        <w:t>present with M</w:t>
      </w:r>
      <w:r w:rsidR="0072463E">
        <w:t>s.</w:t>
      </w:r>
      <w:r w:rsidR="00B23BB3">
        <w:t xml:space="preserve"> Sayali or her friend.  Mr. Clayton also confirmed with the public storage employee that for a Sherrif enter</w:t>
      </w:r>
      <w:r w:rsidR="00BB767B">
        <w:t xml:space="preserve"> </w:t>
      </w:r>
      <w:r w:rsidR="00B23BB3">
        <w:t>someone’s storage unit space</w:t>
      </w:r>
      <w:r w:rsidR="00862CF5">
        <w:t xml:space="preserve"> </w:t>
      </w:r>
      <w:r w:rsidR="00B23BB3">
        <w:t xml:space="preserve">without their knowledge they would have to have a warrant and then make the owner of the space knowledgeable of said </w:t>
      </w:r>
      <w:r w:rsidR="00B23BB3">
        <w:lastRenderedPageBreak/>
        <w:t>warrant that they would be entering the space</w:t>
      </w:r>
      <w:r w:rsidR="00BB767B">
        <w:t xml:space="preserve">.  Yet, </w:t>
      </w:r>
      <w:r w:rsidR="00B23BB3">
        <w:t>none of this was done.</w:t>
      </w:r>
      <w:r w:rsidR="000C0DC1">
        <w:t xml:space="preserve">  Mr. Clayton arrived </w:t>
      </w:r>
      <w:r w:rsidR="00406473">
        <w:t>at</w:t>
      </w:r>
      <w:r w:rsidR="000C0DC1">
        <w:t xml:space="preserve"> the storage unit within a few days to check on the condition of his belongings to find his stuff in tatters and carelessly placed in the unit.  Several of his belongings were damaged and many of his belongings were not present.  </w:t>
      </w:r>
      <w:r w:rsidR="002977DE">
        <w:t>Several</w:t>
      </w:r>
      <w:r w:rsidR="000C0DC1">
        <w:t xml:space="preserve"> photographs and </w:t>
      </w:r>
      <w:r w:rsidR="002977DE">
        <w:t>videos</w:t>
      </w:r>
      <w:r w:rsidR="000C0DC1">
        <w:t xml:space="preserve"> were taken the day Mr. Clayton arrived to check on the condition and collect his belongings and are available for viewing for any potential legal proceedings, of which, we would like to avoid.  We hope the next steps in getting the rest of my belongings</w:t>
      </w:r>
      <w:r w:rsidR="002977DE">
        <w:t xml:space="preserve"> will be uneventful, lawful, and respectful for the peace of both parties to close this chapter and move forward in their lives.  </w:t>
      </w:r>
    </w:p>
    <w:p w14:paraId="1BAE2DE2" w14:textId="15DFBA57" w:rsidR="00F77477" w:rsidRDefault="00000000">
      <w:pPr>
        <w:spacing w:after="120" w:line="240" w:lineRule="auto"/>
      </w:pPr>
      <w:r>
        <w:t xml:space="preserve">This demand includes all personal property belonging to me that was left at the residence and subsequently placed into storage by </w:t>
      </w:r>
      <w:r w:rsidR="00E242FC">
        <w:t>Ms. Sayali</w:t>
      </w:r>
      <w:r>
        <w:t>, including but not limited to items of personal, financial, and sentimental</w:t>
      </w:r>
      <w:r w:rsidR="005F4FF7">
        <w:t xml:space="preserve"> </w:t>
      </w:r>
      <w:r>
        <w:t>value</w:t>
      </w:r>
      <w:r w:rsidR="005F4FF7">
        <w:t xml:space="preserve"> that belong to my cat, Dahlia</w:t>
      </w:r>
      <w:r>
        <w:t>.</w:t>
      </w:r>
    </w:p>
    <w:p w14:paraId="0422F61F" w14:textId="77777777" w:rsidR="00F77477" w:rsidRDefault="00000000">
      <w:pPr>
        <w:spacing w:after="120" w:line="240" w:lineRule="auto"/>
      </w:pPr>
      <w:r>
        <w:t>Please be advised that, under Maryland law, the intentional withholding of another person’s personal property without legal authority constitutes wrongful detention and may constitute conversion. My property was not abandoned, and no lawful abandonment procedure was followed.</w:t>
      </w:r>
    </w:p>
    <w:p w14:paraId="4C48AD85" w14:textId="00A0E286" w:rsidR="00F77477" w:rsidRDefault="00000000">
      <w:pPr>
        <w:spacing w:after="120" w:line="240" w:lineRule="auto"/>
      </w:pPr>
      <w:r>
        <w:t xml:space="preserve">I am hereby demanding that you confirm in writing and arrange a time for pickup or return of my </w:t>
      </w:r>
      <w:r w:rsidR="0085527B">
        <w:t xml:space="preserve">belongings, or payment for items you wish to keep, </w:t>
      </w:r>
      <w:r>
        <w:t>within seven (</w:t>
      </w:r>
      <w:r w:rsidR="0085527B">
        <w:t>14</w:t>
      </w:r>
      <w:r>
        <w:t>) calendar days of receipt of this notice.</w:t>
      </w:r>
      <w:r w:rsidR="0085527B">
        <w:t xml:space="preserve">  The timing of these 14 days will begin upon you receiving this package as I have requested a signature confirming reception of the package.</w:t>
      </w:r>
    </w:p>
    <w:p w14:paraId="1B35B23E" w14:textId="17699093" w:rsidR="00F77477" w:rsidRDefault="00000000">
      <w:pPr>
        <w:spacing w:after="120" w:line="240" w:lineRule="auto"/>
      </w:pPr>
      <w:r>
        <w:t>If my property is not returned,</w:t>
      </w:r>
      <w:r w:rsidR="0085527B">
        <w:t xml:space="preserve"> or payment not received,</w:t>
      </w:r>
      <w:r>
        <w:t xml:space="preserve"> or if you do not respond within that timeframe, I will pursue all available legal remedies without further notice, including but not limited to filing an action for replevin and/or detinue in the District Court of Maryland for Baltimore City and seeking recovery of court costs, filing fees, and any applicable damages.</w:t>
      </w:r>
      <w:r w:rsidR="0085527B">
        <w:t xml:space="preserve">  This may include contacting Baltimore City PD to escort us to your property to retrieve my items.  I really hope this is not going to be needed and we can be civil and as easy as possible as you had previously stated in an earlier email.</w:t>
      </w:r>
    </w:p>
    <w:p w14:paraId="7603AFB7" w14:textId="416D2631" w:rsidR="00F77477" w:rsidRDefault="00000000">
      <w:pPr>
        <w:spacing w:after="360" w:line="240" w:lineRule="auto"/>
      </w:pPr>
      <w:r>
        <w:t xml:space="preserve">This letter is sent in good faith </w:t>
      </w:r>
      <w:r w:rsidR="0051674D">
        <w:t>to</w:t>
      </w:r>
      <w:r>
        <w:t xml:space="preserve"> resolve this matter without court involvement</w:t>
      </w:r>
      <w:r w:rsidR="0085527B">
        <w:t xml:space="preserve"> and to close this chapter so that both parties may move on in peace.  </w:t>
      </w:r>
      <w:r>
        <w:t xml:space="preserve"> Please respond in writing</w:t>
      </w:r>
      <w:r w:rsidR="0085527B">
        <w:t xml:space="preserve"> to 1718 Rock Springs Rd., Kingsport, TN 37664 or simply via email at: </w:t>
      </w:r>
      <w:hyperlink r:id="rId6" w:history="1">
        <w:r w:rsidR="0085527B" w:rsidRPr="002E6498">
          <w:rPr>
            <w:rStyle w:val="Hyperlink"/>
          </w:rPr>
          <w:t>sclayton32@yahoo.com</w:t>
        </w:r>
      </w:hyperlink>
      <w:r w:rsidR="0085527B">
        <w:t xml:space="preserve"> and please CC Michael Clayton at </w:t>
      </w:r>
      <w:hyperlink r:id="rId7" w:history="1">
        <w:r w:rsidR="0085527B" w:rsidRPr="002E6498">
          <w:rPr>
            <w:rStyle w:val="Hyperlink"/>
          </w:rPr>
          <w:t>claytonkings@aol.com</w:t>
        </w:r>
      </w:hyperlink>
      <w:r w:rsidR="0085527B">
        <w:t xml:space="preserve"> and Teresa Clayton at </w:t>
      </w:r>
      <w:hyperlink r:id="rId8" w:history="1">
        <w:r w:rsidR="004024F5" w:rsidRPr="002E6498">
          <w:rPr>
            <w:rStyle w:val="Hyperlink"/>
          </w:rPr>
          <w:t>claytonteresa4@gmail.com</w:t>
        </w:r>
      </w:hyperlink>
      <w:r w:rsidR="004024F5">
        <w:t xml:space="preserve"> as we have been doing to arrange things throughout November and December.  Please take this matter seriously so we can all move forward, and no one must be faced with legal bills or possible legal trouble.  We all want peace and the best for all parties involved.</w:t>
      </w:r>
    </w:p>
    <w:p w14:paraId="0678EC5B" w14:textId="77777777" w:rsidR="00F77477" w:rsidRDefault="00000000">
      <w:pPr>
        <w:spacing w:after="360" w:line="240" w:lineRule="auto"/>
      </w:pPr>
      <w:r>
        <w:t>Sincerely,</w:t>
      </w:r>
    </w:p>
    <w:p w14:paraId="68100FAF" w14:textId="77777777" w:rsidR="00F77477" w:rsidRDefault="00000000">
      <w:pPr>
        <w:spacing w:after="0" w:line="240" w:lineRule="auto"/>
      </w:pPr>
      <w:r>
        <w:t>Matthew Schuyler Clayton</w:t>
      </w:r>
    </w:p>
    <w:p w14:paraId="35081F07" w14:textId="55434F01" w:rsidR="0085527B" w:rsidRDefault="0085527B">
      <w:pPr>
        <w:spacing w:after="0" w:line="240" w:lineRule="auto"/>
      </w:pPr>
      <w:r>
        <w:t>01/05/2025</w:t>
      </w:r>
    </w:p>
    <w:p w14:paraId="13C757E0" w14:textId="77777777" w:rsidR="00406473" w:rsidRDefault="00406473">
      <w:pPr>
        <w:spacing w:after="0" w:line="240" w:lineRule="auto"/>
      </w:pPr>
    </w:p>
    <w:p w14:paraId="3331A798" w14:textId="2F2AB0A4" w:rsidR="004024F5" w:rsidRPr="00406473" w:rsidRDefault="004024F5">
      <w:pPr>
        <w:spacing w:after="0" w:line="240" w:lineRule="auto"/>
        <w:rPr>
          <w:b/>
          <w:bCs/>
          <w:sz w:val="28"/>
          <w:szCs w:val="28"/>
        </w:rPr>
      </w:pPr>
      <w:r w:rsidRPr="00406473">
        <w:rPr>
          <w:sz w:val="28"/>
          <w:szCs w:val="28"/>
        </w:rPr>
        <w:t>**Please see the list of missing items, receipts of purchase of items, and all pertinent info in the following pages.**</w:t>
      </w:r>
    </w:p>
    <w:p w14:paraId="4B36A85B" w14:textId="65558D5D" w:rsidR="00F77477" w:rsidRDefault="00F77477">
      <w:pPr>
        <w:spacing w:after="240" w:line="240" w:lineRule="auto"/>
      </w:pPr>
    </w:p>
    <w:p w14:paraId="4D5D786F" w14:textId="77777777" w:rsidR="00860731" w:rsidRDefault="00860731">
      <w:pPr>
        <w:spacing w:after="0" w:line="240" w:lineRule="auto"/>
        <w:rPr>
          <w:b/>
        </w:rPr>
      </w:pPr>
    </w:p>
    <w:p w14:paraId="29198BA8" w14:textId="159858EB" w:rsidR="008115DC" w:rsidRDefault="008115DC" w:rsidP="007A3BE0">
      <w:pPr>
        <w:spacing w:after="0" w:line="240" w:lineRule="auto"/>
      </w:pPr>
    </w:p>
    <w:sectPr w:rsidR="008115D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E459EC"/>
    <w:multiLevelType w:val="hybridMultilevel"/>
    <w:tmpl w:val="9D8ECB86"/>
    <w:lvl w:ilvl="0" w:tplc="1ADCE2F0">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0082838">
    <w:abstractNumId w:val="8"/>
  </w:num>
  <w:num w:numId="2" w16cid:durableId="2083717577">
    <w:abstractNumId w:val="6"/>
  </w:num>
  <w:num w:numId="3" w16cid:durableId="99372775">
    <w:abstractNumId w:val="5"/>
  </w:num>
  <w:num w:numId="4" w16cid:durableId="1445346553">
    <w:abstractNumId w:val="4"/>
  </w:num>
  <w:num w:numId="5" w16cid:durableId="1245263290">
    <w:abstractNumId w:val="7"/>
  </w:num>
  <w:num w:numId="6" w16cid:durableId="819539667">
    <w:abstractNumId w:val="3"/>
  </w:num>
  <w:num w:numId="7" w16cid:durableId="1808427005">
    <w:abstractNumId w:val="2"/>
  </w:num>
  <w:num w:numId="8" w16cid:durableId="1203052349">
    <w:abstractNumId w:val="1"/>
  </w:num>
  <w:num w:numId="9" w16cid:durableId="1029644853">
    <w:abstractNumId w:val="0"/>
  </w:num>
  <w:num w:numId="10" w16cid:durableId="838928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AC8"/>
    <w:rsid w:val="00026004"/>
    <w:rsid w:val="00034616"/>
    <w:rsid w:val="0006063C"/>
    <w:rsid w:val="000C0DC1"/>
    <w:rsid w:val="00145207"/>
    <w:rsid w:val="0015074B"/>
    <w:rsid w:val="002112B0"/>
    <w:rsid w:val="00243077"/>
    <w:rsid w:val="00244CB1"/>
    <w:rsid w:val="00263EC4"/>
    <w:rsid w:val="0029639D"/>
    <w:rsid w:val="002977DE"/>
    <w:rsid w:val="00303A38"/>
    <w:rsid w:val="00326F90"/>
    <w:rsid w:val="004024F5"/>
    <w:rsid w:val="00406473"/>
    <w:rsid w:val="00486839"/>
    <w:rsid w:val="0051674D"/>
    <w:rsid w:val="00537343"/>
    <w:rsid w:val="005F4FF7"/>
    <w:rsid w:val="006030E5"/>
    <w:rsid w:val="0066639B"/>
    <w:rsid w:val="0072463E"/>
    <w:rsid w:val="007A3BE0"/>
    <w:rsid w:val="008115DC"/>
    <w:rsid w:val="0083233A"/>
    <w:rsid w:val="0085527B"/>
    <w:rsid w:val="00860731"/>
    <w:rsid w:val="00862CF5"/>
    <w:rsid w:val="00871B14"/>
    <w:rsid w:val="00874428"/>
    <w:rsid w:val="008A47D4"/>
    <w:rsid w:val="008A79D7"/>
    <w:rsid w:val="00925796"/>
    <w:rsid w:val="009349C3"/>
    <w:rsid w:val="00967DB6"/>
    <w:rsid w:val="009E1133"/>
    <w:rsid w:val="00A059F9"/>
    <w:rsid w:val="00AA1D8D"/>
    <w:rsid w:val="00AD265F"/>
    <w:rsid w:val="00B23BB3"/>
    <w:rsid w:val="00B259D8"/>
    <w:rsid w:val="00B47730"/>
    <w:rsid w:val="00B509FA"/>
    <w:rsid w:val="00BB767B"/>
    <w:rsid w:val="00BD4AAD"/>
    <w:rsid w:val="00C20B10"/>
    <w:rsid w:val="00C903F4"/>
    <w:rsid w:val="00CB0664"/>
    <w:rsid w:val="00D26A51"/>
    <w:rsid w:val="00D71C86"/>
    <w:rsid w:val="00E242FC"/>
    <w:rsid w:val="00F5349C"/>
    <w:rsid w:val="00F77477"/>
    <w:rsid w:val="00FA3F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8CA1C1"/>
  <w14:defaultImageDpi w14:val="300"/>
  <w15:docId w15:val="{7B6D1355-C036-3547-9618-28F62EC5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5527B"/>
    <w:rPr>
      <w:color w:val="0000FF" w:themeColor="hyperlink"/>
      <w:u w:val="single"/>
    </w:rPr>
  </w:style>
  <w:style w:type="character" w:styleId="UnresolvedMention">
    <w:name w:val="Unresolved Mention"/>
    <w:basedOn w:val="DefaultParagraphFont"/>
    <w:uiPriority w:val="99"/>
    <w:semiHidden/>
    <w:unhideWhenUsed/>
    <w:rsid w:val="00855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ytonteresa4@gmail.com" TargetMode="External"/><Relationship Id="rId3" Type="http://schemas.openxmlformats.org/officeDocument/2006/relationships/styles" Target="styles.xml"/><Relationship Id="rId7" Type="http://schemas.openxmlformats.org/officeDocument/2006/relationships/hyperlink" Target="mailto:claytonkings@ao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layton32@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3</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Schuyler Clayton</cp:lastModifiedBy>
  <cp:revision>29</cp:revision>
  <cp:lastPrinted>2026-01-03T06:04:00Z</cp:lastPrinted>
  <dcterms:created xsi:type="dcterms:W3CDTF">2025-12-16T20:57:00Z</dcterms:created>
  <dcterms:modified xsi:type="dcterms:W3CDTF">2026-01-03T06:27:00Z</dcterms:modified>
  <cp:category/>
</cp:coreProperties>
</file>