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046EDE" w14:textId="6D94ED05" w:rsidR="001216CD" w:rsidRPr="00E32C67" w:rsidRDefault="001216CD" w:rsidP="001216C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bookmarkStart w:id="0" w:name="_Hlk180695287"/>
      <w:bookmarkStart w:id="1" w:name="_Hlk206679533"/>
      <w:r w:rsidRPr="00E32C67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МИКОЛАЇВСЬКА  ГІМНАЗІЯ № </w:t>
      </w:r>
      <w:r w:rsidR="00B57B0B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_</w:t>
      </w:r>
    </w:p>
    <w:p w14:paraId="7C1DF2FE" w14:textId="77777777" w:rsidR="001216CD" w:rsidRPr="00E32C67" w:rsidRDefault="001216CD" w:rsidP="001216C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E32C67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МИКОЛАЇВСЬКОЇ МІСЬКОЇ РАДИ </w:t>
      </w:r>
    </w:p>
    <w:p w14:paraId="23FFEAE5" w14:textId="77777777" w:rsidR="001216CD" w:rsidRPr="00E32C67" w:rsidRDefault="001216CD" w:rsidP="001216C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E32C67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МИКОЛАЇВСЬКОЇ ОБЛАСТІ</w:t>
      </w:r>
    </w:p>
    <w:p w14:paraId="70AFAFB2" w14:textId="77777777" w:rsidR="001216CD" w:rsidRPr="00E32C67" w:rsidRDefault="001216CD" w:rsidP="001216C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14:paraId="1EF435C1" w14:textId="77777777" w:rsidR="001216CD" w:rsidRPr="00E32C67" w:rsidRDefault="001216CD" w:rsidP="001216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14:paraId="19BEEAC8" w14:textId="77777777" w:rsidR="001216CD" w:rsidRPr="00E32C67" w:rsidRDefault="001216CD" w:rsidP="001216C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14:paraId="4C41C0F0" w14:textId="77777777" w:rsidR="001216CD" w:rsidRPr="00E32C67" w:rsidRDefault="001216CD" w:rsidP="001216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14:paraId="11939F91" w14:textId="77777777" w:rsidR="001216CD" w:rsidRPr="00E32C67" w:rsidRDefault="001216CD" w:rsidP="001216C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40"/>
          <w:szCs w:val="24"/>
          <w:lang w:val="uk-UA" w:eastAsia="ru-RU"/>
        </w:rPr>
      </w:pPr>
      <w:r w:rsidRPr="00E32C67">
        <w:rPr>
          <w:rFonts w:ascii="Times New Roman" w:eastAsia="Times New Roman" w:hAnsi="Times New Roman" w:cs="Times New Roman"/>
          <w:b/>
          <w:sz w:val="40"/>
          <w:szCs w:val="24"/>
          <w:lang w:val="uk-UA" w:eastAsia="ru-RU"/>
        </w:rPr>
        <w:t xml:space="preserve">КАЛЕНДАРНО-ТЕМАТИЧНЕ </w:t>
      </w:r>
    </w:p>
    <w:p w14:paraId="675D3220" w14:textId="77777777" w:rsidR="001216CD" w:rsidRPr="00E32C67" w:rsidRDefault="001216CD" w:rsidP="001216C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E32C67">
        <w:rPr>
          <w:rFonts w:ascii="Times New Roman" w:eastAsia="Times New Roman" w:hAnsi="Times New Roman" w:cs="Times New Roman"/>
          <w:b/>
          <w:sz w:val="40"/>
          <w:szCs w:val="24"/>
          <w:lang w:val="uk-UA" w:eastAsia="ru-RU"/>
        </w:rPr>
        <w:t>ПЛАНУВАННЯ</w:t>
      </w:r>
    </w:p>
    <w:p w14:paraId="7D58D528" w14:textId="3677633C" w:rsidR="001216CD" w:rsidRPr="00E32C67" w:rsidRDefault="001216CD" w:rsidP="001216C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</w:pPr>
      <w:r w:rsidRPr="00E32C67"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>навчального матеріалу з предмет</w:t>
      </w:r>
      <w:r w:rsidR="00E369A5"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>у</w:t>
      </w:r>
    </w:p>
    <w:p w14:paraId="53F65013" w14:textId="27AFC82A" w:rsidR="001216CD" w:rsidRPr="00E32C67" w:rsidRDefault="00E369A5" w:rsidP="001216C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>Громадянської освіти</w:t>
      </w:r>
    </w:p>
    <w:p w14:paraId="2B6ABC26" w14:textId="6BDF3B6A" w:rsidR="001216CD" w:rsidRPr="00E32C67" w:rsidRDefault="00E369A5" w:rsidP="001216C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>8</w:t>
      </w:r>
      <w:r w:rsidR="001216CD" w:rsidRPr="00E32C67"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 xml:space="preserve"> класах</w:t>
      </w:r>
    </w:p>
    <w:p w14:paraId="38C0D014" w14:textId="094AEAF6" w:rsidR="001216CD" w:rsidRPr="00E32C67" w:rsidRDefault="001216CD" w:rsidP="001216C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</w:pPr>
      <w:r w:rsidRPr="00E32C67"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>на 202</w:t>
      </w:r>
      <w:r w:rsidR="00B57B0B"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>_</w:t>
      </w:r>
      <w:r w:rsidRPr="00E32C67"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>-202</w:t>
      </w:r>
      <w:r w:rsidR="00B57B0B"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>_</w:t>
      </w:r>
      <w:r w:rsidRPr="001216CD">
        <w:rPr>
          <w:rFonts w:ascii="Times New Roman" w:eastAsia="Times New Roman" w:hAnsi="Times New Roman" w:cs="Times New Roman"/>
          <w:b/>
          <w:sz w:val="28"/>
          <w:szCs w:val="24"/>
          <w:lang w:val="ru-RU" w:eastAsia="ru-RU"/>
        </w:rPr>
        <w:t xml:space="preserve"> </w:t>
      </w:r>
      <w:r w:rsidRPr="00E32C67"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>н.р.</w:t>
      </w:r>
    </w:p>
    <w:p w14:paraId="57FB53AD" w14:textId="77777777" w:rsidR="001216CD" w:rsidRPr="00E32C67" w:rsidRDefault="001216CD" w:rsidP="001216C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</w:pPr>
      <w:r w:rsidRPr="00E32C67"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>Учитель: Галина Сабіна</w:t>
      </w:r>
    </w:p>
    <w:p w14:paraId="5FC5E777" w14:textId="77777777" w:rsidR="001216CD" w:rsidRPr="00E32C67" w:rsidRDefault="001216CD" w:rsidP="001216C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14:paraId="2E32C723" w14:textId="77777777" w:rsidR="001216CD" w:rsidRPr="00E32C67" w:rsidRDefault="001216CD" w:rsidP="001216C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14:paraId="6D0E5F35" w14:textId="77777777" w:rsidR="001216CD" w:rsidRPr="00E32C67" w:rsidRDefault="001216CD" w:rsidP="001216C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14:paraId="5B6757C2" w14:textId="77777777" w:rsidR="001216CD" w:rsidRPr="00E32C67" w:rsidRDefault="001216CD" w:rsidP="001216C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14:paraId="269E8FB6" w14:textId="77777777" w:rsidR="001216CD" w:rsidRPr="00E32C67" w:rsidRDefault="001216CD" w:rsidP="001216C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14:paraId="2BFBF19D" w14:textId="77777777" w:rsidR="001216CD" w:rsidRPr="00E32C67" w:rsidRDefault="001216CD" w:rsidP="001216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14:paraId="7B70EC39" w14:textId="77777777" w:rsidR="001216CD" w:rsidRPr="00E32C67" w:rsidRDefault="001216CD" w:rsidP="001216CD">
      <w:pPr>
        <w:spacing w:after="0" w:line="240" w:lineRule="auto"/>
        <w:ind w:left="2552"/>
        <w:rPr>
          <w:rFonts w:ascii="Times New Roman" w:eastAsia="Calibri" w:hAnsi="Times New Roman" w:cs="Times New Roman"/>
          <w:lang w:val="uk-UA"/>
        </w:rPr>
      </w:pPr>
      <w:r w:rsidRPr="00E32C67">
        <w:rPr>
          <w:rFonts w:ascii="Times New Roman" w:eastAsia="Calibri" w:hAnsi="Times New Roman" w:cs="Times New Roman"/>
          <w:lang w:val="uk-UA"/>
        </w:rPr>
        <w:t>ПОГОДЖЕНО на засіданні МО                                                           ПОГОДЖЕНО</w:t>
      </w:r>
    </w:p>
    <w:p w14:paraId="36233EE5" w14:textId="77777777" w:rsidR="001216CD" w:rsidRPr="00E32C67" w:rsidRDefault="001216CD" w:rsidP="001216CD">
      <w:pPr>
        <w:spacing w:after="0" w:line="240" w:lineRule="auto"/>
        <w:ind w:left="2552"/>
        <w:rPr>
          <w:rFonts w:ascii="Times New Roman" w:eastAsia="Calibri" w:hAnsi="Times New Roman" w:cs="Times New Roman"/>
          <w:lang w:val="uk-UA"/>
        </w:rPr>
      </w:pPr>
      <w:r w:rsidRPr="00E32C67">
        <w:rPr>
          <w:rFonts w:ascii="Times New Roman" w:eastAsia="Calibri" w:hAnsi="Times New Roman" w:cs="Times New Roman"/>
          <w:lang w:val="uk-UA"/>
        </w:rPr>
        <w:t>Суспільствознавчих дисциплін і мистецтв</w:t>
      </w:r>
    </w:p>
    <w:p w14:paraId="01309829" w14:textId="07EB9C9A" w:rsidR="001216CD" w:rsidRPr="00E32C67" w:rsidRDefault="001216CD" w:rsidP="001216CD">
      <w:pPr>
        <w:spacing w:after="0" w:line="240" w:lineRule="auto"/>
        <w:ind w:left="2552"/>
        <w:rPr>
          <w:rFonts w:ascii="Times New Roman" w:eastAsia="Calibri" w:hAnsi="Times New Roman" w:cs="Times New Roman"/>
          <w:lang w:val="uk-UA"/>
        </w:rPr>
      </w:pPr>
      <w:r w:rsidRPr="00E32C67">
        <w:rPr>
          <w:rFonts w:ascii="Times New Roman" w:eastAsia="Calibri" w:hAnsi="Times New Roman" w:cs="Times New Roman"/>
          <w:lang w:val="uk-UA"/>
        </w:rPr>
        <w:t>протокол №__1_від «_»  серпня 202</w:t>
      </w:r>
      <w:r w:rsidR="00B57B0B">
        <w:rPr>
          <w:rFonts w:ascii="Times New Roman" w:eastAsia="Calibri" w:hAnsi="Times New Roman" w:cs="Times New Roman"/>
          <w:lang w:val="uk-UA"/>
        </w:rPr>
        <w:t>_</w:t>
      </w:r>
      <w:r w:rsidRPr="00E32C67">
        <w:rPr>
          <w:rFonts w:ascii="Times New Roman" w:eastAsia="Calibri" w:hAnsi="Times New Roman" w:cs="Times New Roman"/>
          <w:lang w:val="uk-UA"/>
        </w:rPr>
        <w:t xml:space="preserve"> року                              Заступник директора  з НВР</w:t>
      </w:r>
    </w:p>
    <w:p w14:paraId="4049FC84" w14:textId="4A8121B1" w:rsidR="001216CD" w:rsidRPr="00E32C67" w:rsidRDefault="001216CD" w:rsidP="001216CD">
      <w:pPr>
        <w:spacing w:after="0" w:line="240" w:lineRule="auto"/>
        <w:ind w:left="2552"/>
        <w:rPr>
          <w:rFonts w:ascii="Times New Roman" w:eastAsia="Calibri" w:hAnsi="Times New Roman" w:cs="Times New Roman"/>
          <w:lang w:val="uk-UA"/>
        </w:rPr>
      </w:pPr>
      <w:r w:rsidRPr="00E32C67">
        <w:rPr>
          <w:rFonts w:ascii="Times New Roman" w:eastAsia="Calibri" w:hAnsi="Times New Roman" w:cs="Times New Roman"/>
          <w:lang w:val="uk-UA"/>
        </w:rPr>
        <w:t>Сабіна Г.В.____________________                                              _______________</w:t>
      </w:r>
    </w:p>
    <w:p w14:paraId="71692074" w14:textId="77777777" w:rsidR="001216CD" w:rsidRPr="00E32C67" w:rsidRDefault="001216CD" w:rsidP="001216CD">
      <w:pPr>
        <w:spacing w:after="0" w:line="240" w:lineRule="auto"/>
        <w:ind w:left="2552"/>
        <w:rPr>
          <w:rFonts w:ascii="Times New Roman" w:eastAsia="Calibri" w:hAnsi="Times New Roman" w:cs="Times New Roman"/>
          <w:lang w:val="uk-UA"/>
        </w:rPr>
      </w:pPr>
      <w:r w:rsidRPr="00E32C67">
        <w:rPr>
          <w:rFonts w:ascii="Times New Roman" w:eastAsia="Calibri" w:hAnsi="Times New Roman" w:cs="Times New Roman"/>
          <w:sz w:val="20"/>
          <w:lang w:val="uk-UA"/>
        </w:rPr>
        <w:t xml:space="preserve">             (П І </w:t>
      </w:r>
      <w:r w:rsidRPr="00E32C67">
        <w:rPr>
          <w:rFonts w:ascii="Times New Roman" w:eastAsia="Calibri" w:hAnsi="Times New Roman" w:cs="Times New Roman"/>
          <w:sz w:val="18"/>
          <w:lang w:val="uk-UA"/>
        </w:rPr>
        <w:t>Б</w:t>
      </w:r>
      <w:r w:rsidRPr="00E32C67">
        <w:rPr>
          <w:rFonts w:ascii="Times New Roman" w:eastAsia="Calibri" w:hAnsi="Times New Roman" w:cs="Times New Roman"/>
          <w:sz w:val="20"/>
          <w:lang w:val="uk-UA"/>
        </w:rPr>
        <w:t xml:space="preserve">)                                                                                                                   (П І </w:t>
      </w:r>
      <w:r w:rsidRPr="00E32C67">
        <w:rPr>
          <w:rFonts w:ascii="Times New Roman" w:eastAsia="Calibri" w:hAnsi="Times New Roman" w:cs="Times New Roman"/>
          <w:sz w:val="18"/>
          <w:lang w:val="uk-UA"/>
        </w:rPr>
        <w:t>Б</w:t>
      </w:r>
      <w:r w:rsidRPr="00E32C67">
        <w:rPr>
          <w:rFonts w:ascii="Times New Roman" w:eastAsia="Calibri" w:hAnsi="Times New Roman" w:cs="Times New Roman"/>
          <w:sz w:val="20"/>
          <w:lang w:val="uk-UA"/>
        </w:rPr>
        <w:t>)</w:t>
      </w:r>
    </w:p>
    <w:bookmarkEnd w:id="0"/>
    <w:p w14:paraId="690EF8E6" w14:textId="77777777" w:rsidR="001216CD" w:rsidRDefault="001216CD" w:rsidP="001216C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8"/>
          <w:lang w:val="uk-UA"/>
        </w:rPr>
      </w:pPr>
    </w:p>
    <w:bookmarkEnd w:id="1"/>
    <w:p w14:paraId="1857BB4B" w14:textId="77777777" w:rsidR="00D434BE" w:rsidRPr="00F278A2" w:rsidRDefault="00D434BE" w:rsidP="00D434BE">
      <w:pPr>
        <w:pStyle w:val="1"/>
        <w:jc w:val="center"/>
        <w:rPr>
          <w:rFonts w:ascii="Times New Roman" w:hAnsi="Times New Roman" w:cs="Times New Roman"/>
          <w:color w:val="auto"/>
          <w:sz w:val="40"/>
          <w:lang w:val="uk-UA"/>
        </w:rPr>
      </w:pPr>
      <w:r w:rsidRPr="00F278A2">
        <w:rPr>
          <w:rFonts w:ascii="Times New Roman" w:hAnsi="Times New Roman" w:cs="Times New Roman"/>
          <w:color w:val="auto"/>
          <w:sz w:val="40"/>
          <w:lang w:val="uk-UA"/>
        </w:rPr>
        <w:lastRenderedPageBreak/>
        <w:t xml:space="preserve">Навчально-методичне забезпечення </w:t>
      </w:r>
      <w:r>
        <w:rPr>
          <w:rFonts w:ascii="Times New Roman" w:hAnsi="Times New Roman" w:cs="Times New Roman"/>
          <w:color w:val="auto"/>
          <w:sz w:val="40"/>
          <w:lang w:val="uk-UA"/>
        </w:rPr>
        <w:t>КТП</w:t>
      </w:r>
    </w:p>
    <w:p w14:paraId="78B8FC7E" w14:textId="77777777" w:rsidR="00D434BE" w:rsidRDefault="00D434BE" w:rsidP="00D434BE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6BBB5C37" w14:textId="77777777" w:rsidR="00D434BE" w:rsidRPr="00F278A2" w:rsidRDefault="00D434BE" w:rsidP="00D434BE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F278A2">
        <w:rPr>
          <w:rFonts w:ascii="Times New Roman" w:hAnsi="Times New Roman" w:cs="Times New Roman"/>
          <w:b/>
          <w:sz w:val="28"/>
          <w:szCs w:val="28"/>
          <w:lang w:val="uk-UA"/>
        </w:rPr>
        <w:t>Річна кількість годин</w:t>
      </w:r>
      <w:r>
        <w:rPr>
          <w:rFonts w:ascii="Times New Roman" w:hAnsi="Times New Roman" w:cs="Times New Roman"/>
          <w:sz w:val="28"/>
          <w:szCs w:val="28"/>
          <w:lang w:val="uk-UA"/>
        </w:rPr>
        <w:t>: 17</w:t>
      </w:r>
    </w:p>
    <w:p w14:paraId="0DCDA04C" w14:textId="77777777" w:rsidR="00D434BE" w:rsidRPr="00F278A2" w:rsidRDefault="00D434BE" w:rsidP="00D434BE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F278A2">
        <w:rPr>
          <w:rFonts w:ascii="Times New Roman" w:hAnsi="Times New Roman" w:cs="Times New Roman"/>
          <w:b/>
          <w:sz w:val="28"/>
          <w:szCs w:val="28"/>
          <w:lang w:val="uk-UA"/>
        </w:rPr>
        <w:t>Кількість годин на тиждень згідно з програмою</w:t>
      </w:r>
      <w:r w:rsidRPr="00F278A2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</w:p>
    <w:p w14:paraId="248B2FE5" w14:textId="77777777" w:rsidR="00D434BE" w:rsidRPr="00F278A2" w:rsidRDefault="00D434BE" w:rsidP="00D434BE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 семестр — 1 година</w:t>
      </w:r>
      <w:r w:rsidRPr="00F278A2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</w:p>
    <w:p w14:paraId="0AB92515" w14:textId="77777777" w:rsidR="00D434BE" w:rsidRPr="00F278A2" w:rsidRDefault="00D434BE" w:rsidP="00D434BE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F278A2">
        <w:rPr>
          <w:rFonts w:ascii="Times New Roman" w:hAnsi="Times New Roman" w:cs="Times New Roman"/>
          <w:b/>
          <w:sz w:val="28"/>
          <w:szCs w:val="28"/>
          <w:lang w:val="uk-UA"/>
        </w:rPr>
        <w:t>Планова кількість контрольних робіт</w:t>
      </w:r>
      <w:r w:rsidRPr="00F278A2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</w:p>
    <w:p w14:paraId="02726B91" w14:textId="7699EDB4" w:rsidR="00D434BE" w:rsidRPr="00F278A2" w:rsidRDefault="00D434BE" w:rsidP="00D434BE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 діагностувальних</w:t>
      </w:r>
      <w:r w:rsidR="00386F2B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>1 підсумкова</w:t>
      </w:r>
      <w:r w:rsidR="009D5B3A">
        <w:rPr>
          <w:rFonts w:ascii="Times New Roman" w:hAnsi="Times New Roman" w:cs="Times New Roman"/>
          <w:sz w:val="28"/>
          <w:szCs w:val="28"/>
          <w:lang w:val="uk-UA"/>
        </w:rPr>
        <w:t>/учнівський проєкт</w:t>
      </w:r>
    </w:p>
    <w:p w14:paraId="7A955E3B" w14:textId="77777777" w:rsidR="00D434BE" w:rsidRPr="00F278A2" w:rsidRDefault="00D434BE" w:rsidP="00D434BE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278A2">
        <w:rPr>
          <w:rFonts w:ascii="Times New Roman" w:hAnsi="Times New Roman" w:cs="Times New Roman"/>
          <w:b/>
          <w:sz w:val="28"/>
          <w:szCs w:val="28"/>
          <w:lang w:val="uk-UA"/>
        </w:rPr>
        <w:t>Реквізити програми:</w:t>
      </w:r>
    </w:p>
    <w:p w14:paraId="4F4D055B" w14:textId="16043B75" w:rsidR="00D434BE" w:rsidRPr="00F278A2" w:rsidRDefault="00D434BE" w:rsidP="00D434BE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Модельна навчальна програма. </w:t>
      </w:r>
      <w:r w:rsidRPr="00430789">
        <w:rPr>
          <w:rFonts w:ascii="Times New Roman" w:hAnsi="Times New Roman" w:cs="Times New Roman"/>
          <w:sz w:val="28"/>
          <w:szCs w:val="28"/>
          <w:lang w:val="uk-UA"/>
        </w:rPr>
        <w:t>«Громадянс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ька освіта. 8 клас» </w:t>
      </w:r>
      <w:r w:rsidRPr="00430789">
        <w:rPr>
          <w:rFonts w:ascii="Times New Roman" w:hAnsi="Times New Roman" w:cs="Times New Roman"/>
          <w:sz w:val="28"/>
          <w:szCs w:val="28"/>
          <w:lang w:val="uk-UA"/>
        </w:rPr>
        <w:t>для закл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адів загальної середньої освіти </w:t>
      </w:r>
      <w:r w:rsidRPr="00430789">
        <w:rPr>
          <w:rFonts w:ascii="Times New Roman" w:hAnsi="Times New Roman" w:cs="Times New Roman"/>
          <w:sz w:val="28"/>
          <w:szCs w:val="28"/>
          <w:lang w:val="uk-UA"/>
        </w:rPr>
        <w:t>(авт. Пометун О. І., Ремех Т. О., Сєрова Г. В.)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58D351A5" w14:textId="77777777" w:rsidR="00D434BE" w:rsidRPr="00F278A2" w:rsidRDefault="00D434BE" w:rsidP="00D434BE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278A2">
        <w:rPr>
          <w:rFonts w:ascii="Times New Roman" w:hAnsi="Times New Roman" w:cs="Times New Roman"/>
          <w:b/>
          <w:sz w:val="28"/>
          <w:szCs w:val="28"/>
          <w:lang w:val="uk-UA"/>
        </w:rPr>
        <w:t>Навчально-методичні комплекси (підручник):</w:t>
      </w:r>
    </w:p>
    <w:p w14:paraId="3DEFFBC3" w14:textId="0215B66E" w:rsidR="00D434BE" w:rsidRDefault="00D434BE" w:rsidP="00D434BE">
      <w:pPr>
        <w:rPr>
          <w:rFonts w:ascii="Times New Roman" w:hAnsi="Times New Roman" w:cs="Times New Roman"/>
          <w:sz w:val="28"/>
          <w:szCs w:val="28"/>
        </w:rPr>
      </w:pPr>
      <w:r w:rsidRPr="00F278A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434BE">
        <w:rPr>
          <w:rFonts w:ascii="Times New Roman" w:hAnsi="Times New Roman" w:cs="Times New Roman"/>
          <w:sz w:val="28"/>
          <w:szCs w:val="28"/>
          <w:lang w:val="ru-RU"/>
        </w:rPr>
        <w:t xml:space="preserve">Громадянська освіта : підруч. для 8 кл. закл. загал. серед. освіти / О. І. Пометун, Т. О. Ремех, Г. В. Сєрова. – Київ : Видавничий дім «Освіта», 2025. – 102 с. : іл. </w:t>
      </w:r>
    </w:p>
    <w:p w14:paraId="3A9A32FE" w14:textId="77777777" w:rsidR="00D434BE" w:rsidRDefault="00D434BE" w:rsidP="00D434BE">
      <w:pPr>
        <w:rPr>
          <w:rFonts w:ascii="Times New Roman" w:hAnsi="Times New Roman" w:cs="Times New Roman"/>
          <w:sz w:val="28"/>
          <w:szCs w:val="28"/>
        </w:rPr>
      </w:pPr>
    </w:p>
    <w:p w14:paraId="48A31B3B" w14:textId="77777777" w:rsidR="00D434BE" w:rsidRDefault="00D434BE" w:rsidP="00D434BE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ff2"/>
        <w:tblW w:w="12912" w:type="dxa"/>
        <w:tblLook w:val="04A0" w:firstRow="1" w:lastRow="0" w:firstColumn="1" w:lastColumn="0" w:noHBand="0" w:noVBand="1"/>
      </w:tblPr>
      <w:tblGrid>
        <w:gridCol w:w="499"/>
        <w:gridCol w:w="1038"/>
        <w:gridCol w:w="331"/>
        <w:gridCol w:w="2314"/>
        <w:gridCol w:w="766"/>
        <w:gridCol w:w="3733"/>
        <w:gridCol w:w="2661"/>
        <w:gridCol w:w="1545"/>
        <w:gridCol w:w="14"/>
        <w:gridCol w:w="11"/>
      </w:tblGrid>
      <w:tr w:rsidR="000E5A72" w:rsidRPr="00FC5F01" w14:paraId="41212988" w14:textId="77777777" w:rsidTr="003843A1">
        <w:trPr>
          <w:gridAfter w:val="2"/>
          <w:wAfter w:w="25" w:type="dxa"/>
        </w:trPr>
        <w:tc>
          <w:tcPr>
            <w:tcW w:w="499" w:type="dxa"/>
          </w:tcPr>
          <w:p w14:paraId="345881EC" w14:textId="77777777" w:rsidR="00D434BE" w:rsidRPr="00FC5F01" w:rsidRDefault="00D434BE" w:rsidP="000E14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FC5F0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№</w:t>
            </w:r>
          </w:p>
        </w:tc>
        <w:tc>
          <w:tcPr>
            <w:tcW w:w="1369" w:type="dxa"/>
            <w:gridSpan w:val="2"/>
          </w:tcPr>
          <w:p w14:paraId="427D0C42" w14:textId="77777777" w:rsidR="00D434BE" w:rsidRPr="00FC5F01" w:rsidRDefault="00D434BE" w:rsidP="000E14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FC5F0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Дата</w:t>
            </w:r>
          </w:p>
        </w:tc>
        <w:tc>
          <w:tcPr>
            <w:tcW w:w="2314" w:type="dxa"/>
          </w:tcPr>
          <w:p w14:paraId="524C0B6E" w14:textId="77777777" w:rsidR="00D434BE" w:rsidRPr="00FC5F01" w:rsidRDefault="00D434BE" w:rsidP="000E14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FC5F0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Тема</w:t>
            </w:r>
          </w:p>
        </w:tc>
        <w:tc>
          <w:tcPr>
            <w:tcW w:w="766" w:type="dxa"/>
          </w:tcPr>
          <w:p w14:paraId="4A5F516E" w14:textId="77777777" w:rsidR="00D434BE" w:rsidRPr="00FC5F01" w:rsidRDefault="00D434BE" w:rsidP="000E14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FC5F0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ГЗР</w:t>
            </w:r>
          </w:p>
        </w:tc>
        <w:tc>
          <w:tcPr>
            <w:tcW w:w="3733" w:type="dxa"/>
          </w:tcPr>
          <w:p w14:paraId="45C3B3F7" w14:textId="77777777" w:rsidR="00D434BE" w:rsidRPr="00FC5F01" w:rsidRDefault="00D434BE" w:rsidP="000E14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FC5F0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Обов</w:t>
            </w:r>
            <w:r w:rsidRPr="00FC5F01">
              <w:rPr>
                <w:rFonts w:ascii="Times New Roman" w:hAnsi="Times New Roman" w:cs="Times New Roman"/>
                <w:b/>
                <w:sz w:val="28"/>
                <w:szCs w:val="28"/>
              </w:rPr>
              <w:t>’</w:t>
            </w:r>
            <w:r w:rsidRPr="00FC5F0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язкові результати навчання</w:t>
            </w:r>
          </w:p>
        </w:tc>
        <w:tc>
          <w:tcPr>
            <w:tcW w:w="2661" w:type="dxa"/>
          </w:tcPr>
          <w:p w14:paraId="7FDBDDBF" w14:textId="77777777" w:rsidR="00D434BE" w:rsidRPr="00FC5F01" w:rsidRDefault="00D434BE" w:rsidP="000E14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FC5F0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Компетентності</w:t>
            </w:r>
          </w:p>
        </w:tc>
        <w:tc>
          <w:tcPr>
            <w:tcW w:w="1545" w:type="dxa"/>
          </w:tcPr>
          <w:p w14:paraId="30D6F27B" w14:textId="77777777" w:rsidR="00D434BE" w:rsidRPr="00FC5F01" w:rsidRDefault="00D434BE" w:rsidP="000E14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FC5F0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Примітка</w:t>
            </w:r>
          </w:p>
        </w:tc>
      </w:tr>
      <w:tr w:rsidR="00D434BE" w:rsidRPr="00FC5F01" w14:paraId="1A2A8335" w14:textId="77777777" w:rsidTr="003843A1">
        <w:tc>
          <w:tcPr>
            <w:tcW w:w="12912" w:type="dxa"/>
            <w:gridSpan w:val="10"/>
          </w:tcPr>
          <w:p w14:paraId="30431FDF" w14:textId="77777777" w:rsidR="00D434BE" w:rsidRPr="00D434BE" w:rsidRDefault="00D434BE" w:rsidP="000E14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D434B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ТЕМА 1. ІДЕНТИЧНІСТЬ І ЦІННОСТІ ГРОМАДЯН УКРАЇНИ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. </w:t>
            </w:r>
            <w:r w:rsidRPr="00D434BE">
              <w:rPr>
                <w:rFonts w:ascii="Times New Roman" w:hAnsi="Times New Roman" w:cs="Times New Roman"/>
                <w:b/>
                <w:sz w:val="28"/>
                <w:szCs w:val="28"/>
              </w:rPr>
              <w:t>ТЕМА 2. УКРАЇНА – ДЕМОКРАТИЧНА ДЕРЖАВА</w:t>
            </w:r>
          </w:p>
        </w:tc>
      </w:tr>
      <w:tr w:rsidR="003843A1" w:rsidRPr="00D434BE" w14:paraId="0A4EF3C7" w14:textId="77777777" w:rsidTr="003843A1">
        <w:trPr>
          <w:gridAfter w:val="2"/>
          <w:wAfter w:w="25" w:type="dxa"/>
        </w:trPr>
        <w:tc>
          <w:tcPr>
            <w:tcW w:w="499" w:type="dxa"/>
          </w:tcPr>
          <w:p w14:paraId="6BF84FE2" w14:textId="77777777" w:rsidR="003843A1" w:rsidRPr="00BA1075" w:rsidRDefault="003843A1" w:rsidP="003843A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107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369" w:type="dxa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01D83D1" w14:textId="7E4948C5" w:rsidR="003843A1" w:rsidRPr="00BA1075" w:rsidRDefault="003843A1" w:rsidP="003843A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Roboto" w:hAnsi="Roboto"/>
                <w:color w:val="212529"/>
              </w:rPr>
              <w:t>05.09.2025</w:t>
            </w:r>
          </w:p>
        </w:tc>
        <w:tc>
          <w:tcPr>
            <w:tcW w:w="2314" w:type="dxa"/>
          </w:tcPr>
          <w:p w14:paraId="7756C65C" w14:textId="77777777" w:rsidR="003843A1" w:rsidRPr="00BA1075" w:rsidRDefault="003843A1" w:rsidP="003843A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D5B3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Ідентичність людини: хто я</w:t>
            </w:r>
          </w:p>
        </w:tc>
        <w:tc>
          <w:tcPr>
            <w:tcW w:w="766" w:type="dxa"/>
          </w:tcPr>
          <w:p w14:paraId="5704A4AB" w14:textId="77777777" w:rsidR="003843A1" w:rsidRDefault="003843A1" w:rsidP="003843A1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BA1075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ГЗР 1</w:t>
            </w:r>
          </w:p>
          <w:p w14:paraId="682E07AA" w14:textId="77777777" w:rsidR="003843A1" w:rsidRPr="00BA1075" w:rsidRDefault="003843A1" w:rsidP="003843A1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ГЗР 3</w:t>
            </w:r>
          </w:p>
        </w:tc>
        <w:tc>
          <w:tcPr>
            <w:tcW w:w="3733" w:type="dxa"/>
          </w:tcPr>
          <w:p w14:paraId="48E8F2E7" w14:textId="77777777" w:rsidR="003843A1" w:rsidRDefault="003843A1" w:rsidP="003843A1">
            <w:pPr>
              <w:pStyle w:val="ae"/>
              <w:numPr>
                <w:ilvl w:val="0"/>
                <w:numId w:val="13"/>
              </w:numPr>
              <w:tabs>
                <w:tab w:val="num" w:pos="134"/>
              </w:tabs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9D5B3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Пояснює і розкриває на прикладах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сутність понять і термінів теми </w:t>
            </w:r>
            <w:r w:rsidRPr="00D94C4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[9 ГІО 4.1.3]</w:t>
            </w:r>
          </w:p>
          <w:p w14:paraId="2BBB6235" w14:textId="77777777" w:rsidR="003843A1" w:rsidRPr="009D5B3A" w:rsidRDefault="003843A1" w:rsidP="003843A1">
            <w:pPr>
              <w:pStyle w:val="ae"/>
              <w:numPr>
                <w:ilvl w:val="0"/>
                <w:numId w:val="13"/>
              </w:numPr>
              <w:tabs>
                <w:tab w:val="num" w:pos="134"/>
              </w:tabs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9D5B3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Визначає власні ідентичності, свої сильні та слабкі сторони та шляхи самовдосконалення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D94C4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[9 ГІО 5.1.1]</w:t>
            </w:r>
          </w:p>
          <w:p w14:paraId="4EB3605F" w14:textId="77777777" w:rsidR="003843A1" w:rsidRPr="00D94C4E" w:rsidRDefault="003843A1" w:rsidP="003843A1">
            <w:pPr>
              <w:pStyle w:val="ae"/>
              <w:numPr>
                <w:ilvl w:val="0"/>
                <w:numId w:val="13"/>
              </w:numPr>
              <w:tabs>
                <w:tab w:val="num" w:pos="134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D5B3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Обґрунтовує унікальність та неповторність кожної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D94C4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людини, необхідність поваги до власної гідності та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D94C4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гідності іншої особи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D94C4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[9 ГІО 5.1.2]</w:t>
            </w:r>
          </w:p>
          <w:p w14:paraId="5285038A" w14:textId="77777777" w:rsidR="003843A1" w:rsidRPr="009D5B3A" w:rsidRDefault="003843A1" w:rsidP="003843A1">
            <w:pPr>
              <w:pStyle w:val="ae"/>
              <w:numPr>
                <w:ilvl w:val="0"/>
                <w:numId w:val="13"/>
              </w:numPr>
              <w:tabs>
                <w:tab w:val="num" w:pos="134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D5B3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Висловлює власні судження щодо проявів громадянської ідентичності,</w:t>
            </w:r>
            <w:r w:rsidRPr="009D5B3A">
              <w:rPr>
                <w:sz w:val="24"/>
                <w:szCs w:val="24"/>
                <w:lang w:val="uk-UA"/>
              </w:rPr>
              <w:t xml:space="preserve"> </w:t>
            </w:r>
            <w:r w:rsidRPr="009D5B3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аргументує власні судження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за допомогою історичних фактів </w:t>
            </w:r>
            <w:r w:rsidRPr="00D94C4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[9 ГІО 5.1.3]</w:t>
            </w:r>
          </w:p>
          <w:p w14:paraId="53E5959B" w14:textId="77777777" w:rsidR="003843A1" w:rsidRPr="00D94C4E" w:rsidRDefault="003843A1" w:rsidP="003843A1">
            <w:pPr>
              <w:pStyle w:val="ae"/>
              <w:numPr>
                <w:ilvl w:val="0"/>
                <w:numId w:val="13"/>
              </w:numPr>
              <w:tabs>
                <w:tab w:val="num" w:pos="134"/>
              </w:tabs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D5B3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Добирає інформацію для виконання завдань з теми, аргументує свій вибір </w:t>
            </w:r>
            <w:r w:rsidRPr="00D94C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[9 ГІО 3.1.2]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14:paraId="29A9384C" w14:textId="77777777" w:rsidR="003843A1" w:rsidRPr="009D5B3A" w:rsidRDefault="003843A1" w:rsidP="003843A1">
            <w:pPr>
              <w:pStyle w:val="ae"/>
              <w:numPr>
                <w:ilvl w:val="0"/>
                <w:numId w:val="13"/>
              </w:numPr>
              <w:tabs>
                <w:tab w:val="num" w:pos="134"/>
              </w:tabs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D5B3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Переконливо презентує свої (спільні) ідеї іншим особам у різний спосіб, зокрема з використанням цифрових засобів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D94C4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[9 ГІО 4.2.2]</w:t>
            </w:r>
          </w:p>
        </w:tc>
        <w:tc>
          <w:tcPr>
            <w:tcW w:w="2661" w:type="dxa"/>
          </w:tcPr>
          <w:p w14:paraId="5BE17F0B" w14:textId="77777777" w:rsidR="003843A1" w:rsidRPr="00BA1075" w:rsidRDefault="003843A1" w:rsidP="003843A1">
            <w:pPr>
              <w:numPr>
                <w:ilvl w:val="0"/>
                <w:numId w:val="10"/>
              </w:numPr>
              <w:tabs>
                <w:tab w:val="clear" w:pos="720"/>
                <w:tab w:val="num" w:pos="26"/>
              </w:tabs>
              <w:spacing w:before="100" w:beforeAutospacing="1" w:after="100" w:afterAutospacing="1"/>
              <w:ind w:left="26" w:firstLine="25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A1075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вільне володіння державною мовою;</w:t>
            </w:r>
          </w:p>
          <w:p w14:paraId="74D3B51D" w14:textId="77777777" w:rsidR="003843A1" w:rsidRPr="00D94C4E" w:rsidRDefault="003843A1" w:rsidP="003843A1">
            <w:pPr>
              <w:numPr>
                <w:ilvl w:val="0"/>
                <w:numId w:val="10"/>
              </w:numPr>
              <w:tabs>
                <w:tab w:val="clear" w:pos="720"/>
                <w:tab w:val="num" w:pos="26"/>
              </w:tabs>
              <w:spacing w:before="100" w:beforeAutospacing="1" w:after="100" w:afterAutospacing="1"/>
              <w:ind w:left="26" w:firstLine="25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A1075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зда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тність спілкування рідною мовою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uk-UA" w:eastAsia="ru-RU"/>
              </w:rPr>
              <w:t>;</w:t>
            </w:r>
          </w:p>
          <w:p w14:paraId="78D81DDB" w14:textId="77777777" w:rsidR="003843A1" w:rsidRPr="00D94C4E" w:rsidRDefault="003843A1" w:rsidP="003843A1">
            <w:pPr>
              <w:numPr>
                <w:ilvl w:val="0"/>
                <w:numId w:val="10"/>
              </w:numPr>
              <w:tabs>
                <w:tab w:val="clear" w:pos="720"/>
                <w:tab w:val="num" w:pos="26"/>
              </w:tabs>
              <w:spacing w:before="100" w:beforeAutospacing="1" w:after="100" w:afterAutospacing="1"/>
              <w:ind w:left="26" w:firstLine="25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uk-UA" w:eastAsia="ru-RU"/>
              </w:rPr>
              <w:t>і</w:t>
            </w:r>
            <w:r w:rsidRPr="00D94C4E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нноваційність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uk-UA" w:eastAsia="ru-RU"/>
              </w:rPr>
              <w:t>;</w:t>
            </w:r>
          </w:p>
          <w:p w14:paraId="15FE525F" w14:textId="77777777" w:rsidR="003843A1" w:rsidRPr="00D94C4E" w:rsidRDefault="003843A1" w:rsidP="003843A1">
            <w:pPr>
              <w:numPr>
                <w:ilvl w:val="0"/>
                <w:numId w:val="10"/>
              </w:numPr>
              <w:tabs>
                <w:tab w:val="clear" w:pos="720"/>
                <w:tab w:val="num" w:pos="26"/>
              </w:tabs>
              <w:spacing w:before="100" w:beforeAutospacing="1" w:after="100" w:afterAutospacing="1"/>
              <w:ind w:left="26" w:firstLine="25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і</w:t>
            </w:r>
            <w:r w:rsidRPr="00D94C4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нформаційно</w:t>
            </w:r>
            <w:r>
              <w:rPr>
                <w:rFonts w:ascii="Times New Roman" w:eastAsia="Times New Roman" w:hAnsi="Times New Roman" w:cs="Times New Roman"/>
                <w:szCs w:val="24"/>
                <w:lang w:val="uk-UA" w:eastAsia="ru-RU"/>
              </w:rPr>
              <w:t>-</w:t>
            </w:r>
            <w:r w:rsidRPr="00D94C4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комунікаційна компетентність</w:t>
            </w:r>
            <w:r>
              <w:rPr>
                <w:rFonts w:ascii="Times New Roman" w:eastAsia="Times New Roman" w:hAnsi="Times New Roman" w:cs="Times New Roman"/>
                <w:szCs w:val="24"/>
                <w:lang w:val="uk-UA" w:eastAsia="ru-RU"/>
              </w:rPr>
              <w:t>;</w:t>
            </w:r>
          </w:p>
          <w:p w14:paraId="58AACB12" w14:textId="77777777" w:rsidR="003843A1" w:rsidRPr="00D94C4E" w:rsidRDefault="003843A1" w:rsidP="003843A1">
            <w:pPr>
              <w:numPr>
                <w:ilvl w:val="0"/>
                <w:numId w:val="10"/>
              </w:numPr>
              <w:tabs>
                <w:tab w:val="clear" w:pos="720"/>
                <w:tab w:val="num" w:pos="26"/>
              </w:tabs>
              <w:spacing w:before="100" w:beforeAutospacing="1" w:after="100" w:afterAutospacing="1"/>
              <w:ind w:left="26" w:firstLine="25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</w:t>
            </w:r>
            <w:r w:rsidRPr="00D94C4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авчання впродовж життя</w:t>
            </w:r>
            <w:r>
              <w:rPr>
                <w:rFonts w:ascii="Times New Roman" w:eastAsia="Times New Roman" w:hAnsi="Times New Roman" w:cs="Times New Roman"/>
                <w:szCs w:val="24"/>
                <w:lang w:val="uk-UA" w:eastAsia="ru-RU"/>
              </w:rPr>
              <w:t>;</w:t>
            </w:r>
          </w:p>
          <w:p w14:paraId="2B3D5319" w14:textId="77777777" w:rsidR="003843A1" w:rsidRPr="00D94C4E" w:rsidRDefault="003843A1" w:rsidP="003843A1">
            <w:pPr>
              <w:numPr>
                <w:ilvl w:val="0"/>
                <w:numId w:val="10"/>
              </w:numPr>
              <w:tabs>
                <w:tab w:val="clear" w:pos="720"/>
                <w:tab w:val="num" w:pos="26"/>
              </w:tabs>
              <w:spacing w:before="100" w:beforeAutospacing="1" w:after="100" w:afterAutospacing="1"/>
              <w:ind w:left="26" w:firstLine="25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г</w:t>
            </w:r>
            <w:r w:rsidRPr="00D94C4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ромадянські та соціальні компетентності</w:t>
            </w:r>
          </w:p>
        </w:tc>
        <w:tc>
          <w:tcPr>
            <w:tcW w:w="1545" w:type="dxa"/>
          </w:tcPr>
          <w:p w14:paraId="6AA9AC96" w14:textId="77777777" w:rsidR="003843A1" w:rsidRPr="00BA1075" w:rsidRDefault="003843A1" w:rsidP="003843A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843A1" w:rsidRPr="00D434BE" w14:paraId="25341074" w14:textId="77777777" w:rsidTr="003843A1">
        <w:trPr>
          <w:gridAfter w:val="2"/>
          <w:wAfter w:w="25" w:type="dxa"/>
        </w:trPr>
        <w:tc>
          <w:tcPr>
            <w:tcW w:w="499" w:type="dxa"/>
          </w:tcPr>
          <w:p w14:paraId="11EAC162" w14:textId="77777777" w:rsidR="003843A1" w:rsidRPr="00BA1075" w:rsidRDefault="003843A1" w:rsidP="003843A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107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369" w:type="dxa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60986E5" w14:textId="5C799B8F" w:rsidR="003843A1" w:rsidRPr="00BA1075" w:rsidRDefault="003843A1" w:rsidP="003843A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Roboto" w:hAnsi="Roboto"/>
                <w:color w:val="212529"/>
              </w:rPr>
              <w:t>12.09.2025</w:t>
            </w:r>
          </w:p>
        </w:tc>
        <w:tc>
          <w:tcPr>
            <w:tcW w:w="2314" w:type="dxa"/>
          </w:tcPr>
          <w:p w14:paraId="6688E52B" w14:textId="77777777" w:rsidR="003843A1" w:rsidRPr="009D5B3A" w:rsidRDefault="003843A1" w:rsidP="003843A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D5B3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Мої цінності: які вони</w:t>
            </w:r>
          </w:p>
        </w:tc>
        <w:tc>
          <w:tcPr>
            <w:tcW w:w="766" w:type="dxa"/>
          </w:tcPr>
          <w:p w14:paraId="2CCC84B4" w14:textId="77777777" w:rsidR="003843A1" w:rsidRPr="00BA1075" w:rsidRDefault="003843A1" w:rsidP="003843A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Style w:val="oypena"/>
                <w:rFonts w:ascii="Times New Roman" w:hAnsi="Times New Roman" w:cs="Times New Roman"/>
                <w:b/>
                <w:bCs/>
                <w:color w:val="000000"/>
              </w:rPr>
              <w:t>ГЗР-2</w:t>
            </w:r>
            <w:r w:rsidRPr="00BA1075">
              <w:rPr>
                <w:rStyle w:val="oypena"/>
                <w:rFonts w:ascii="Times New Roman" w:hAnsi="Times New Roman" w:cs="Times New Roman"/>
                <w:b/>
                <w:bCs/>
                <w:color w:val="000000"/>
              </w:rPr>
              <w:t>; ГЗР-3</w:t>
            </w:r>
          </w:p>
        </w:tc>
        <w:tc>
          <w:tcPr>
            <w:tcW w:w="3733" w:type="dxa"/>
          </w:tcPr>
          <w:p w14:paraId="3D0BBE50" w14:textId="77777777" w:rsidR="003843A1" w:rsidRPr="00D94C4E" w:rsidRDefault="003843A1" w:rsidP="003843A1">
            <w:pPr>
              <w:numPr>
                <w:ilvl w:val="0"/>
                <w:numId w:val="13"/>
              </w:numPr>
              <w:tabs>
                <w:tab w:val="num" w:pos="134"/>
              </w:tabs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94C4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Пояснює і розкриває на прикладах сутність понять і термінів теми </w:t>
            </w:r>
            <w:r w:rsidRPr="00D94C4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[9 ГІО 4.1.3]</w:t>
            </w:r>
          </w:p>
          <w:p w14:paraId="0690E380" w14:textId="77777777" w:rsidR="003843A1" w:rsidRDefault="003843A1" w:rsidP="003843A1">
            <w:pPr>
              <w:numPr>
                <w:ilvl w:val="0"/>
                <w:numId w:val="13"/>
              </w:numPr>
              <w:tabs>
                <w:tab w:val="num" w:pos="134"/>
              </w:tabs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94C4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lastRenderedPageBreak/>
              <w:t>Визначає цінності як основу буття людини значимість системи цінностей для людини, взаємозв’язок між цінностями і поведінкою людини, висловлює власне ставлення до цінностей як основи буття людини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6B0EE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[9 ГІО 5.1.3]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;</w:t>
            </w:r>
          </w:p>
          <w:p w14:paraId="7F745035" w14:textId="77777777" w:rsidR="003843A1" w:rsidRPr="00D94C4E" w:rsidRDefault="003843A1" w:rsidP="003843A1">
            <w:pPr>
              <w:numPr>
                <w:ilvl w:val="0"/>
                <w:numId w:val="13"/>
              </w:numPr>
              <w:tabs>
                <w:tab w:val="num" w:pos="134"/>
              </w:tabs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94C4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Добирає інформацію для виконання завдань з теми, аргументує свій вибір </w:t>
            </w:r>
            <w:r w:rsidRPr="00D94C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[9 ГІО 3.1.2]</w:t>
            </w:r>
            <w:r w:rsidRPr="00D94C4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14:paraId="2C35EFA0" w14:textId="77777777" w:rsidR="003843A1" w:rsidRPr="00ED7E71" w:rsidRDefault="003843A1" w:rsidP="003843A1">
            <w:pPr>
              <w:numPr>
                <w:ilvl w:val="0"/>
                <w:numId w:val="13"/>
              </w:numPr>
              <w:tabs>
                <w:tab w:val="num" w:pos="134"/>
              </w:tabs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D5B3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Переконливо презентує свої (спільні) ідеї іншим особам у різний спосіб, зокрема з використанням цифрових засобів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D94C4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[9 ГІО 4.2.2]</w:t>
            </w:r>
          </w:p>
        </w:tc>
        <w:tc>
          <w:tcPr>
            <w:tcW w:w="2661" w:type="dxa"/>
          </w:tcPr>
          <w:p w14:paraId="2C369608" w14:textId="77777777" w:rsidR="003843A1" w:rsidRPr="00BA1075" w:rsidRDefault="003843A1" w:rsidP="003843A1">
            <w:pPr>
              <w:numPr>
                <w:ilvl w:val="0"/>
                <w:numId w:val="10"/>
              </w:numPr>
              <w:tabs>
                <w:tab w:val="clear" w:pos="720"/>
                <w:tab w:val="num" w:pos="26"/>
              </w:tabs>
              <w:spacing w:before="100" w:beforeAutospacing="1" w:after="100" w:afterAutospacing="1"/>
              <w:ind w:left="26" w:firstLine="25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A1075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lastRenderedPageBreak/>
              <w:t>вільне володіння державною мовою;</w:t>
            </w:r>
          </w:p>
          <w:p w14:paraId="452680A1" w14:textId="77777777" w:rsidR="003843A1" w:rsidRPr="00D94C4E" w:rsidRDefault="003843A1" w:rsidP="003843A1">
            <w:pPr>
              <w:numPr>
                <w:ilvl w:val="0"/>
                <w:numId w:val="10"/>
              </w:numPr>
              <w:tabs>
                <w:tab w:val="clear" w:pos="720"/>
                <w:tab w:val="num" w:pos="26"/>
              </w:tabs>
              <w:spacing w:before="100" w:beforeAutospacing="1" w:after="100" w:afterAutospacing="1"/>
              <w:ind w:left="26" w:firstLine="25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A1075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зда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тність спілкування рідною мовою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uk-UA" w:eastAsia="ru-RU"/>
              </w:rPr>
              <w:t>;</w:t>
            </w:r>
          </w:p>
          <w:p w14:paraId="71218484" w14:textId="77777777" w:rsidR="003843A1" w:rsidRPr="00D94C4E" w:rsidRDefault="003843A1" w:rsidP="003843A1">
            <w:pPr>
              <w:numPr>
                <w:ilvl w:val="0"/>
                <w:numId w:val="10"/>
              </w:numPr>
              <w:tabs>
                <w:tab w:val="clear" w:pos="720"/>
                <w:tab w:val="num" w:pos="26"/>
              </w:tabs>
              <w:spacing w:before="100" w:beforeAutospacing="1" w:after="100" w:afterAutospacing="1"/>
              <w:ind w:left="26" w:firstLine="25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uk-UA" w:eastAsia="ru-RU"/>
              </w:rPr>
              <w:lastRenderedPageBreak/>
              <w:t>і</w:t>
            </w:r>
            <w:r w:rsidRPr="00D94C4E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нноваційність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uk-UA" w:eastAsia="ru-RU"/>
              </w:rPr>
              <w:t>;</w:t>
            </w:r>
          </w:p>
          <w:p w14:paraId="2DE5A89A" w14:textId="77777777" w:rsidR="003843A1" w:rsidRPr="00D94C4E" w:rsidRDefault="003843A1" w:rsidP="003843A1">
            <w:pPr>
              <w:numPr>
                <w:ilvl w:val="0"/>
                <w:numId w:val="10"/>
              </w:numPr>
              <w:tabs>
                <w:tab w:val="clear" w:pos="720"/>
                <w:tab w:val="num" w:pos="26"/>
              </w:tabs>
              <w:spacing w:before="100" w:beforeAutospacing="1" w:after="100" w:afterAutospacing="1"/>
              <w:ind w:left="26" w:firstLine="25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і</w:t>
            </w:r>
            <w:r w:rsidRPr="00D94C4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нформаційно</w:t>
            </w:r>
            <w:r>
              <w:rPr>
                <w:rFonts w:ascii="Times New Roman" w:eastAsia="Times New Roman" w:hAnsi="Times New Roman" w:cs="Times New Roman"/>
                <w:szCs w:val="24"/>
                <w:lang w:val="uk-UA" w:eastAsia="ru-RU"/>
              </w:rPr>
              <w:t>-</w:t>
            </w:r>
            <w:r w:rsidRPr="00D94C4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комунікаційна компетентність</w:t>
            </w:r>
            <w:r>
              <w:rPr>
                <w:rFonts w:ascii="Times New Roman" w:eastAsia="Times New Roman" w:hAnsi="Times New Roman" w:cs="Times New Roman"/>
                <w:szCs w:val="24"/>
                <w:lang w:val="uk-UA" w:eastAsia="ru-RU"/>
              </w:rPr>
              <w:t>;</w:t>
            </w:r>
          </w:p>
          <w:p w14:paraId="5E81DE1B" w14:textId="77777777" w:rsidR="003843A1" w:rsidRDefault="003843A1" w:rsidP="003843A1">
            <w:pPr>
              <w:numPr>
                <w:ilvl w:val="0"/>
                <w:numId w:val="10"/>
              </w:numPr>
              <w:tabs>
                <w:tab w:val="clear" w:pos="720"/>
                <w:tab w:val="num" w:pos="26"/>
              </w:tabs>
              <w:spacing w:before="100" w:beforeAutospacing="1" w:after="100" w:afterAutospacing="1"/>
              <w:ind w:left="26" w:firstLine="25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</w:t>
            </w:r>
            <w:r w:rsidRPr="00D94C4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авчання впродовж життя</w:t>
            </w:r>
            <w:r>
              <w:rPr>
                <w:rFonts w:ascii="Times New Roman" w:eastAsia="Times New Roman" w:hAnsi="Times New Roman" w:cs="Times New Roman"/>
                <w:szCs w:val="24"/>
                <w:lang w:val="uk-UA" w:eastAsia="ru-RU"/>
              </w:rPr>
              <w:t>;</w:t>
            </w:r>
          </w:p>
          <w:p w14:paraId="37329A8F" w14:textId="77777777" w:rsidR="003843A1" w:rsidRPr="006B0EEE" w:rsidRDefault="003843A1" w:rsidP="003843A1">
            <w:pPr>
              <w:numPr>
                <w:ilvl w:val="0"/>
                <w:numId w:val="10"/>
              </w:numPr>
              <w:tabs>
                <w:tab w:val="clear" w:pos="720"/>
                <w:tab w:val="num" w:pos="26"/>
              </w:tabs>
              <w:spacing w:before="100" w:beforeAutospacing="1" w:after="100" w:afterAutospacing="1"/>
              <w:ind w:left="26" w:firstLine="25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B0EE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громадянські та соціальні компетентності</w:t>
            </w:r>
            <w:r w:rsidRPr="006B0EE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545" w:type="dxa"/>
          </w:tcPr>
          <w:p w14:paraId="2B60373E" w14:textId="77777777" w:rsidR="003843A1" w:rsidRPr="00BA1075" w:rsidRDefault="003843A1" w:rsidP="003843A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843A1" w:rsidRPr="006B0EEE" w14:paraId="746517C7" w14:textId="77777777" w:rsidTr="003843A1">
        <w:trPr>
          <w:gridAfter w:val="2"/>
          <w:wAfter w:w="25" w:type="dxa"/>
        </w:trPr>
        <w:tc>
          <w:tcPr>
            <w:tcW w:w="499" w:type="dxa"/>
          </w:tcPr>
          <w:p w14:paraId="5967FE31" w14:textId="77777777" w:rsidR="003843A1" w:rsidRPr="00FC5F01" w:rsidRDefault="003843A1" w:rsidP="003843A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1369" w:type="dxa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58F85A8" w14:textId="4051AFAA" w:rsidR="003843A1" w:rsidRPr="00FC5F01" w:rsidRDefault="003843A1" w:rsidP="003843A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Roboto" w:hAnsi="Roboto"/>
                <w:color w:val="212529"/>
              </w:rPr>
              <w:t>19.09.2025</w:t>
            </w:r>
          </w:p>
        </w:tc>
        <w:tc>
          <w:tcPr>
            <w:tcW w:w="2314" w:type="dxa"/>
          </w:tcPr>
          <w:p w14:paraId="6E072810" w14:textId="77777777" w:rsidR="003843A1" w:rsidRPr="009D5B3A" w:rsidRDefault="003843A1" w:rsidP="003843A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5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Цінності громадян України</w:t>
            </w:r>
          </w:p>
        </w:tc>
        <w:tc>
          <w:tcPr>
            <w:tcW w:w="766" w:type="dxa"/>
          </w:tcPr>
          <w:p w14:paraId="2398EA32" w14:textId="77777777" w:rsidR="003843A1" w:rsidRPr="00FC5F01" w:rsidRDefault="003843A1" w:rsidP="003843A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Style w:val="oypena"/>
                <w:rFonts w:ascii="Times New Roman" w:hAnsi="Times New Roman" w:cs="Times New Roman"/>
                <w:b/>
                <w:bCs/>
                <w:color w:val="000000"/>
              </w:rPr>
              <w:t>ГЗР-1</w:t>
            </w:r>
            <w:r w:rsidRPr="00BA1075">
              <w:rPr>
                <w:rStyle w:val="oypena"/>
                <w:rFonts w:ascii="Times New Roman" w:hAnsi="Times New Roman" w:cs="Times New Roman"/>
                <w:b/>
                <w:bCs/>
                <w:color w:val="000000"/>
              </w:rPr>
              <w:t>; ГЗР-3</w:t>
            </w:r>
          </w:p>
        </w:tc>
        <w:tc>
          <w:tcPr>
            <w:tcW w:w="3733" w:type="dxa"/>
          </w:tcPr>
          <w:p w14:paraId="3C5D47B9" w14:textId="77777777" w:rsidR="003843A1" w:rsidRPr="006B0EEE" w:rsidRDefault="003843A1" w:rsidP="003843A1">
            <w:pPr>
              <w:numPr>
                <w:ilvl w:val="0"/>
                <w:numId w:val="13"/>
              </w:numPr>
              <w:tabs>
                <w:tab w:val="num" w:pos="134"/>
              </w:tabs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94C4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Пояснює і розкриває на прикладах сутність понять і термінів теми </w:t>
            </w:r>
            <w:r w:rsidRPr="00D94C4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[9 ГІО 4.1.3]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;</w:t>
            </w:r>
          </w:p>
          <w:p w14:paraId="61954997" w14:textId="77777777" w:rsidR="003843A1" w:rsidRPr="006B0EEE" w:rsidRDefault="003843A1" w:rsidP="003843A1">
            <w:pPr>
              <w:numPr>
                <w:ilvl w:val="0"/>
                <w:numId w:val="13"/>
              </w:num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B0EE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Висловлює власні судження щодо проявів громадянської ідентичності,</w:t>
            </w:r>
            <w:r w:rsidRPr="006B0EEE">
              <w:rPr>
                <w:sz w:val="24"/>
                <w:szCs w:val="24"/>
                <w:lang w:val="uk-UA"/>
              </w:rPr>
              <w:t xml:space="preserve"> </w:t>
            </w:r>
            <w:r w:rsidRPr="006B0EE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активної громадянської позиції, прав</w:t>
            </w:r>
          </w:p>
          <w:p w14:paraId="37350757" w14:textId="77777777" w:rsidR="003843A1" w:rsidRPr="006B0EEE" w:rsidRDefault="003843A1" w:rsidP="003843A1">
            <w:pPr>
              <w:numPr>
                <w:ilvl w:val="0"/>
                <w:numId w:val="1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B0EE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людини як загальнолюдської </w:t>
            </w:r>
            <w:r w:rsidRPr="006B0EE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цінності,</w:t>
            </w:r>
            <w:r>
              <w:rPr>
                <w:sz w:val="24"/>
                <w:szCs w:val="24"/>
                <w:lang w:val="uk-UA"/>
              </w:rPr>
              <w:t xml:space="preserve"> </w:t>
            </w:r>
            <w:r w:rsidRPr="006B0EE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аргументує власні судження за допомогою історичних фактів [9 ГІО 5.1.3]</w:t>
            </w:r>
          </w:p>
          <w:p w14:paraId="08675426" w14:textId="77777777" w:rsidR="003843A1" w:rsidRPr="006B0EEE" w:rsidRDefault="003843A1" w:rsidP="003843A1">
            <w:pPr>
              <w:numPr>
                <w:ilvl w:val="0"/>
                <w:numId w:val="13"/>
              </w:numPr>
              <w:tabs>
                <w:tab w:val="num" w:pos="134"/>
              </w:tabs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B0EE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Добирає інформацію для виконання завдань з теми, аргументує свій вибір </w:t>
            </w:r>
            <w:r w:rsidRPr="006B0E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[9 ГІО 3.1.2]</w:t>
            </w:r>
            <w:r w:rsidRPr="006B0EE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14:paraId="7F13EA7A" w14:textId="77777777" w:rsidR="003843A1" w:rsidRPr="006B0EEE" w:rsidRDefault="003843A1" w:rsidP="003843A1">
            <w:pPr>
              <w:numPr>
                <w:ilvl w:val="0"/>
                <w:numId w:val="13"/>
              </w:numPr>
              <w:tabs>
                <w:tab w:val="num" w:pos="134"/>
              </w:tabs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D5B3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Переконливо презентує свої (спільні) ідеї іншим особам у різний спосіб, зокрема з використанням цифрових засобів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D94C4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[9 ГІО 4.2.2]</w:t>
            </w:r>
          </w:p>
        </w:tc>
        <w:tc>
          <w:tcPr>
            <w:tcW w:w="2661" w:type="dxa"/>
          </w:tcPr>
          <w:p w14:paraId="3A173EC2" w14:textId="77777777" w:rsidR="003843A1" w:rsidRPr="00BA1075" w:rsidRDefault="003843A1" w:rsidP="003843A1">
            <w:pPr>
              <w:numPr>
                <w:ilvl w:val="0"/>
                <w:numId w:val="10"/>
              </w:numPr>
              <w:tabs>
                <w:tab w:val="clear" w:pos="720"/>
                <w:tab w:val="num" w:pos="26"/>
              </w:tabs>
              <w:spacing w:before="100" w:beforeAutospacing="1" w:after="100" w:afterAutospacing="1"/>
              <w:ind w:left="26" w:firstLine="25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A1075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lastRenderedPageBreak/>
              <w:t>вільне володіння державною мовою;</w:t>
            </w:r>
          </w:p>
          <w:p w14:paraId="28CF7CCF" w14:textId="77777777" w:rsidR="003843A1" w:rsidRPr="00D94C4E" w:rsidRDefault="003843A1" w:rsidP="003843A1">
            <w:pPr>
              <w:numPr>
                <w:ilvl w:val="0"/>
                <w:numId w:val="10"/>
              </w:numPr>
              <w:tabs>
                <w:tab w:val="clear" w:pos="720"/>
                <w:tab w:val="num" w:pos="26"/>
              </w:tabs>
              <w:spacing w:before="100" w:beforeAutospacing="1" w:after="100" w:afterAutospacing="1"/>
              <w:ind w:left="26" w:firstLine="25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A1075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зда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тність спілкування рідною мовою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uk-UA" w:eastAsia="ru-RU"/>
              </w:rPr>
              <w:t>;</w:t>
            </w:r>
          </w:p>
          <w:p w14:paraId="3AF3CCFE" w14:textId="77777777" w:rsidR="003843A1" w:rsidRPr="00D94C4E" w:rsidRDefault="003843A1" w:rsidP="003843A1">
            <w:pPr>
              <w:numPr>
                <w:ilvl w:val="0"/>
                <w:numId w:val="10"/>
              </w:numPr>
              <w:tabs>
                <w:tab w:val="clear" w:pos="720"/>
                <w:tab w:val="num" w:pos="26"/>
              </w:tabs>
              <w:spacing w:before="100" w:beforeAutospacing="1" w:after="100" w:afterAutospacing="1"/>
              <w:ind w:left="26" w:firstLine="25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uk-UA" w:eastAsia="ru-RU"/>
              </w:rPr>
              <w:t>і</w:t>
            </w:r>
            <w:r w:rsidRPr="00D94C4E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нноваційність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uk-UA" w:eastAsia="ru-RU"/>
              </w:rPr>
              <w:t>;</w:t>
            </w:r>
          </w:p>
          <w:p w14:paraId="360C042A" w14:textId="77777777" w:rsidR="003843A1" w:rsidRPr="00D94C4E" w:rsidRDefault="003843A1" w:rsidP="003843A1">
            <w:pPr>
              <w:numPr>
                <w:ilvl w:val="0"/>
                <w:numId w:val="10"/>
              </w:numPr>
              <w:tabs>
                <w:tab w:val="clear" w:pos="720"/>
                <w:tab w:val="num" w:pos="26"/>
              </w:tabs>
              <w:spacing w:before="100" w:beforeAutospacing="1" w:after="100" w:afterAutospacing="1"/>
              <w:ind w:left="26" w:firstLine="25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і</w:t>
            </w:r>
            <w:r w:rsidRPr="00D94C4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нформаційно</w:t>
            </w:r>
            <w:r>
              <w:rPr>
                <w:rFonts w:ascii="Times New Roman" w:eastAsia="Times New Roman" w:hAnsi="Times New Roman" w:cs="Times New Roman"/>
                <w:szCs w:val="24"/>
                <w:lang w:val="uk-UA" w:eastAsia="ru-RU"/>
              </w:rPr>
              <w:t>-</w:t>
            </w:r>
            <w:r w:rsidRPr="00D94C4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комунікаційна компетентність</w:t>
            </w:r>
            <w:r>
              <w:rPr>
                <w:rFonts w:ascii="Times New Roman" w:eastAsia="Times New Roman" w:hAnsi="Times New Roman" w:cs="Times New Roman"/>
                <w:szCs w:val="24"/>
                <w:lang w:val="uk-UA" w:eastAsia="ru-RU"/>
              </w:rPr>
              <w:t>;</w:t>
            </w:r>
          </w:p>
          <w:p w14:paraId="06089B93" w14:textId="77777777" w:rsidR="003843A1" w:rsidRDefault="003843A1" w:rsidP="003843A1">
            <w:pPr>
              <w:numPr>
                <w:ilvl w:val="0"/>
                <w:numId w:val="10"/>
              </w:numPr>
              <w:tabs>
                <w:tab w:val="clear" w:pos="720"/>
                <w:tab w:val="num" w:pos="26"/>
              </w:tabs>
              <w:spacing w:before="100" w:beforeAutospacing="1" w:after="100" w:afterAutospacing="1"/>
              <w:ind w:left="26" w:firstLine="25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</w:t>
            </w:r>
            <w:r w:rsidRPr="00D94C4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авчання впродовж життя</w:t>
            </w:r>
            <w:r>
              <w:rPr>
                <w:rFonts w:ascii="Times New Roman" w:eastAsia="Times New Roman" w:hAnsi="Times New Roman" w:cs="Times New Roman"/>
                <w:szCs w:val="24"/>
                <w:lang w:val="uk-UA" w:eastAsia="ru-RU"/>
              </w:rPr>
              <w:t>;</w:t>
            </w:r>
          </w:p>
          <w:p w14:paraId="1345017D" w14:textId="77777777" w:rsidR="003843A1" w:rsidRPr="00FC5F01" w:rsidRDefault="003843A1" w:rsidP="003843A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EE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lastRenderedPageBreak/>
              <w:t>громадянські та соціальні компетентності</w:t>
            </w:r>
          </w:p>
        </w:tc>
        <w:tc>
          <w:tcPr>
            <w:tcW w:w="1545" w:type="dxa"/>
          </w:tcPr>
          <w:p w14:paraId="5956DCE5" w14:textId="77777777" w:rsidR="003843A1" w:rsidRPr="00FC5F01" w:rsidRDefault="003843A1" w:rsidP="003843A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843A1" w:rsidRPr="006B0EEE" w14:paraId="65DA2D53" w14:textId="77777777" w:rsidTr="003843A1">
        <w:trPr>
          <w:gridAfter w:val="2"/>
          <w:wAfter w:w="25" w:type="dxa"/>
        </w:trPr>
        <w:tc>
          <w:tcPr>
            <w:tcW w:w="499" w:type="dxa"/>
          </w:tcPr>
          <w:p w14:paraId="654E1E48" w14:textId="77777777" w:rsidR="003843A1" w:rsidRPr="00FC5F01" w:rsidRDefault="003843A1" w:rsidP="003843A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1369" w:type="dxa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0ECAD11" w14:textId="18CCEA1F" w:rsidR="003843A1" w:rsidRPr="00FC5F01" w:rsidRDefault="003843A1" w:rsidP="003843A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Roboto" w:hAnsi="Roboto"/>
                <w:color w:val="212529"/>
              </w:rPr>
              <w:t>26.09.2025</w:t>
            </w:r>
          </w:p>
        </w:tc>
        <w:tc>
          <w:tcPr>
            <w:tcW w:w="2314" w:type="dxa"/>
          </w:tcPr>
          <w:p w14:paraId="12B810CA" w14:textId="77777777" w:rsidR="003843A1" w:rsidRPr="009D5B3A" w:rsidRDefault="003843A1" w:rsidP="003843A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5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Громадянська абетка: від прав до</w:t>
            </w:r>
          </w:p>
          <w:p w14:paraId="3A68BDEC" w14:textId="77777777" w:rsidR="003843A1" w:rsidRPr="0084135A" w:rsidRDefault="003843A1" w:rsidP="003843A1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D5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обов’язків</w:t>
            </w:r>
          </w:p>
        </w:tc>
        <w:tc>
          <w:tcPr>
            <w:tcW w:w="766" w:type="dxa"/>
          </w:tcPr>
          <w:p w14:paraId="5F4ACFFA" w14:textId="77777777" w:rsidR="003843A1" w:rsidRPr="00FC5F01" w:rsidRDefault="003843A1" w:rsidP="003843A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Style w:val="oypena"/>
                <w:rFonts w:ascii="Times New Roman" w:hAnsi="Times New Roman" w:cs="Times New Roman"/>
                <w:b/>
                <w:bCs/>
                <w:color w:val="000000"/>
              </w:rPr>
              <w:t>ГЗР-2</w:t>
            </w:r>
            <w:r w:rsidRPr="00BA1075">
              <w:rPr>
                <w:rStyle w:val="oypena"/>
                <w:rFonts w:ascii="Times New Roman" w:hAnsi="Times New Roman" w:cs="Times New Roman"/>
                <w:b/>
                <w:bCs/>
                <w:color w:val="000000"/>
              </w:rPr>
              <w:t>; ГЗР-3</w:t>
            </w:r>
          </w:p>
        </w:tc>
        <w:tc>
          <w:tcPr>
            <w:tcW w:w="3733" w:type="dxa"/>
          </w:tcPr>
          <w:p w14:paraId="541985AE" w14:textId="77777777" w:rsidR="003843A1" w:rsidRPr="006B0EEE" w:rsidRDefault="003843A1" w:rsidP="003843A1">
            <w:pPr>
              <w:numPr>
                <w:ilvl w:val="0"/>
                <w:numId w:val="13"/>
              </w:numPr>
              <w:tabs>
                <w:tab w:val="num" w:pos="134"/>
              </w:tabs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94C4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Пояснює і розкриває на прикладах сутність понять і термінів теми </w:t>
            </w:r>
            <w:r w:rsidRPr="00D94C4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[9 ГІО 4.1.3]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;</w:t>
            </w:r>
          </w:p>
          <w:p w14:paraId="722A5892" w14:textId="77777777" w:rsidR="003843A1" w:rsidRDefault="003843A1" w:rsidP="003843A1">
            <w:pPr>
              <w:numPr>
                <w:ilvl w:val="0"/>
                <w:numId w:val="13"/>
              </w:num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B0EE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Пояснює, що таке права людини, називає види прав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6B0EE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людини, міжнародні документи, що закріплюють права людини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6B0E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[9 ГІО 5.2.1]</w:t>
            </w:r>
          </w:p>
          <w:p w14:paraId="5D94DC9D" w14:textId="77777777" w:rsidR="003843A1" w:rsidRPr="006B0EEE" w:rsidRDefault="003843A1" w:rsidP="003843A1">
            <w:pPr>
              <w:numPr>
                <w:ilvl w:val="0"/>
                <w:numId w:val="13"/>
              </w:num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B0EE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Називає покоління прав людини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6B0E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[9 ГІО 5.2.1]</w:t>
            </w:r>
          </w:p>
          <w:p w14:paraId="32E04B60" w14:textId="77777777" w:rsidR="003843A1" w:rsidRPr="006B0EEE" w:rsidRDefault="003843A1" w:rsidP="003843A1">
            <w:pPr>
              <w:numPr>
                <w:ilvl w:val="0"/>
                <w:numId w:val="13"/>
              </w:num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B0EE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Визначає значимість прав людини для особи, групи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6B0EE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людей і суспільства загалом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ED7E7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[9 ГІО 5.2.2]</w:t>
            </w:r>
          </w:p>
          <w:p w14:paraId="61B881A2" w14:textId="77777777" w:rsidR="003843A1" w:rsidRPr="00ED7E71" w:rsidRDefault="003843A1" w:rsidP="003843A1">
            <w:pPr>
              <w:numPr>
                <w:ilvl w:val="0"/>
                <w:numId w:val="13"/>
              </w:num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B0EE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Розрізняє права і свободи людини і громадянина та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6B0EE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наводить приклади своїх прав та обов’язків як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6B0EE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громадянина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C120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[9 ГІО 5.1.4-3]</w:t>
            </w:r>
          </w:p>
          <w:p w14:paraId="7E5202EF" w14:textId="77777777" w:rsidR="003843A1" w:rsidRPr="006B0EEE" w:rsidRDefault="003843A1" w:rsidP="003843A1">
            <w:pPr>
              <w:numPr>
                <w:ilvl w:val="0"/>
                <w:numId w:val="13"/>
              </w:num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D7E7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Ідентифікує ситуації, пов’язані з порушенням прав людини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120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[9 ГІО 5.2.1-1]</w:t>
            </w:r>
          </w:p>
        </w:tc>
        <w:tc>
          <w:tcPr>
            <w:tcW w:w="2661" w:type="dxa"/>
          </w:tcPr>
          <w:p w14:paraId="2B4777EC" w14:textId="77777777" w:rsidR="003843A1" w:rsidRPr="00BA1075" w:rsidRDefault="003843A1" w:rsidP="003843A1">
            <w:pPr>
              <w:numPr>
                <w:ilvl w:val="0"/>
                <w:numId w:val="1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A1075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lastRenderedPageBreak/>
              <w:t>вільне володіння державною мовою;</w:t>
            </w:r>
          </w:p>
          <w:p w14:paraId="6FD05E31" w14:textId="77777777" w:rsidR="003843A1" w:rsidRPr="00D94C4E" w:rsidRDefault="003843A1" w:rsidP="003843A1">
            <w:pPr>
              <w:numPr>
                <w:ilvl w:val="0"/>
                <w:numId w:val="1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A1075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зда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тність спілкування рідною мовою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uk-UA" w:eastAsia="ru-RU"/>
              </w:rPr>
              <w:t>;</w:t>
            </w:r>
          </w:p>
          <w:p w14:paraId="27BA6641" w14:textId="77777777" w:rsidR="003843A1" w:rsidRPr="00D94C4E" w:rsidRDefault="003843A1" w:rsidP="003843A1">
            <w:pPr>
              <w:numPr>
                <w:ilvl w:val="0"/>
                <w:numId w:val="1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uk-UA" w:eastAsia="ru-RU"/>
              </w:rPr>
              <w:t>і</w:t>
            </w:r>
            <w:r w:rsidRPr="00D94C4E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нноваційність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uk-UA" w:eastAsia="ru-RU"/>
              </w:rPr>
              <w:t>;</w:t>
            </w:r>
          </w:p>
          <w:p w14:paraId="34F1872F" w14:textId="77777777" w:rsidR="003843A1" w:rsidRPr="00D94C4E" w:rsidRDefault="003843A1" w:rsidP="003843A1">
            <w:pPr>
              <w:numPr>
                <w:ilvl w:val="0"/>
                <w:numId w:val="1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і</w:t>
            </w:r>
            <w:r w:rsidRPr="00D94C4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нформаційно</w:t>
            </w:r>
            <w:r>
              <w:rPr>
                <w:rFonts w:ascii="Times New Roman" w:eastAsia="Times New Roman" w:hAnsi="Times New Roman" w:cs="Times New Roman"/>
                <w:szCs w:val="24"/>
                <w:lang w:val="uk-UA" w:eastAsia="ru-RU"/>
              </w:rPr>
              <w:t>-</w:t>
            </w:r>
            <w:r w:rsidRPr="00D94C4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комунікаційна компетентність</w:t>
            </w:r>
            <w:r>
              <w:rPr>
                <w:rFonts w:ascii="Times New Roman" w:eastAsia="Times New Roman" w:hAnsi="Times New Roman" w:cs="Times New Roman"/>
                <w:szCs w:val="24"/>
                <w:lang w:val="uk-UA" w:eastAsia="ru-RU"/>
              </w:rPr>
              <w:t>;</w:t>
            </w:r>
          </w:p>
          <w:p w14:paraId="30DBD910" w14:textId="77777777" w:rsidR="003843A1" w:rsidRDefault="003843A1" w:rsidP="003843A1">
            <w:pPr>
              <w:numPr>
                <w:ilvl w:val="0"/>
                <w:numId w:val="1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</w:t>
            </w:r>
            <w:r w:rsidRPr="00D94C4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авчання впродовж життя</w:t>
            </w:r>
            <w:r>
              <w:rPr>
                <w:rFonts w:ascii="Times New Roman" w:eastAsia="Times New Roman" w:hAnsi="Times New Roman" w:cs="Times New Roman"/>
                <w:szCs w:val="24"/>
                <w:lang w:val="uk-UA" w:eastAsia="ru-RU"/>
              </w:rPr>
              <w:t>;</w:t>
            </w:r>
          </w:p>
          <w:p w14:paraId="7D22FD1F" w14:textId="77777777" w:rsidR="003843A1" w:rsidRPr="006B0EEE" w:rsidRDefault="003843A1" w:rsidP="003843A1">
            <w:pPr>
              <w:numPr>
                <w:ilvl w:val="0"/>
                <w:numId w:val="1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B0EE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громадянські та соціальні компетентності</w:t>
            </w:r>
          </w:p>
        </w:tc>
        <w:tc>
          <w:tcPr>
            <w:tcW w:w="1545" w:type="dxa"/>
          </w:tcPr>
          <w:p w14:paraId="425584F3" w14:textId="77777777" w:rsidR="003843A1" w:rsidRPr="00FC5F01" w:rsidRDefault="003843A1" w:rsidP="003843A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843A1" w:rsidRPr="006B0EEE" w14:paraId="3050079F" w14:textId="77777777" w:rsidTr="003843A1">
        <w:trPr>
          <w:gridAfter w:val="2"/>
          <w:wAfter w:w="25" w:type="dxa"/>
        </w:trPr>
        <w:tc>
          <w:tcPr>
            <w:tcW w:w="499" w:type="dxa"/>
          </w:tcPr>
          <w:p w14:paraId="7E09BB31" w14:textId="77777777" w:rsidR="003843A1" w:rsidRPr="00FC5F01" w:rsidRDefault="003843A1" w:rsidP="003843A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1369" w:type="dxa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65F322C" w14:textId="083E672E" w:rsidR="003843A1" w:rsidRPr="00FC5F01" w:rsidRDefault="003843A1" w:rsidP="003843A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Roboto" w:hAnsi="Roboto"/>
                <w:color w:val="212529"/>
              </w:rPr>
              <w:t>03.10.2025</w:t>
            </w:r>
          </w:p>
        </w:tc>
        <w:tc>
          <w:tcPr>
            <w:tcW w:w="2314" w:type="dxa"/>
          </w:tcPr>
          <w:p w14:paraId="1D14A711" w14:textId="77777777" w:rsidR="003843A1" w:rsidRPr="009D5B3A" w:rsidRDefault="003843A1" w:rsidP="003843A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5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Демократія: шлях України в майбутнє</w:t>
            </w:r>
          </w:p>
        </w:tc>
        <w:tc>
          <w:tcPr>
            <w:tcW w:w="766" w:type="dxa"/>
          </w:tcPr>
          <w:p w14:paraId="3C59EBED" w14:textId="77777777" w:rsidR="003843A1" w:rsidRPr="00FC5F01" w:rsidRDefault="003843A1" w:rsidP="003843A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Style w:val="oypena"/>
                <w:rFonts w:ascii="Times New Roman" w:hAnsi="Times New Roman" w:cs="Times New Roman"/>
                <w:b/>
                <w:bCs/>
                <w:color w:val="000000"/>
              </w:rPr>
              <w:t>ГЗР-1</w:t>
            </w:r>
            <w:r w:rsidRPr="00BA1075">
              <w:rPr>
                <w:rStyle w:val="oypena"/>
                <w:rFonts w:ascii="Times New Roman" w:hAnsi="Times New Roman" w:cs="Times New Roman"/>
                <w:b/>
                <w:bCs/>
                <w:color w:val="000000"/>
              </w:rPr>
              <w:t>; ГЗР-3</w:t>
            </w:r>
          </w:p>
        </w:tc>
        <w:tc>
          <w:tcPr>
            <w:tcW w:w="3733" w:type="dxa"/>
          </w:tcPr>
          <w:p w14:paraId="60BCB824" w14:textId="77777777" w:rsidR="003843A1" w:rsidRPr="006B0EEE" w:rsidRDefault="003843A1" w:rsidP="003843A1">
            <w:pPr>
              <w:numPr>
                <w:ilvl w:val="0"/>
                <w:numId w:val="1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94C4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Пояснює і розкриває на прикладах сутність понять і термінів теми </w:t>
            </w:r>
            <w:r w:rsidRPr="006B0EE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[9 ГІО 6.1.1]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;</w:t>
            </w:r>
          </w:p>
          <w:p w14:paraId="42F11D23" w14:textId="77777777" w:rsidR="003843A1" w:rsidRPr="00ED7E71" w:rsidRDefault="003843A1" w:rsidP="003843A1">
            <w:pPr>
              <w:numPr>
                <w:ilvl w:val="0"/>
                <w:numId w:val="13"/>
              </w:numPr>
              <w:tabs>
                <w:tab w:val="num" w:pos="134"/>
              </w:tabs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D7E7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Розрізняє пряму і представницьку демократію, наводить приклади з історії й сучасності, висловлює ставлення до демократії як цінності людства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ED7E71">
              <w:rPr>
                <w:rFonts w:ascii="Times New Roman" w:hAnsi="Times New Roman" w:cs="Times New Roman"/>
                <w:lang w:val="ru-RU"/>
              </w:rPr>
              <w:t>[9 ГІО 6.1.3]</w:t>
            </w:r>
            <w:r w:rsidRPr="00ED7E7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;</w:t>
            </w:r>
          </w:p>
          <w:p w14:paraId="36F79C4F" w14:textId="77777777" w:rsidR="003843A1" w:rsidRPr="006B0EEE" w:rsidRDefault="003843A1" w:rsidP="003843A1">
            <w:pPr>
              <w:numPr>
                <w:ilvl w:val="0"/>
                <w:numId w:val="13"/>
              </w:numPr>
              <w:tabs>
                <w:tab w:val="num" w:pos="134"/>
              </w:tabs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D7E7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Формулює і аргументовано висловлює власні погляди та переконання щодо демократії в Україні з урахуванням власного досвіду, різних видів інформації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ED7E7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[9 ГІО 6.3.1]</w:t>
            </w:r>
          </w:p>
        </w:tc>
        <w:tc>
          <w:tcPr>
            <w:tcW w:w="2661" w:type="dxa"/>
          </w:tcPr>
          <w:p w14:paraId="54345F4F" w14:textId="77777777" w:rsidR="003843A1" w:rsidRPr="00BA1075" w:rsidRDefault="003843A1" w:rsidP="003843A1">
            <w:pPr>
              <w:numPr>
                <w:ilvl w:val="0"/>
                <w:numId w:val="1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A1075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вільне володіння державною мовою;</w:t>
            </w:r>
          </w:p>
          <w:p w14:paraId="78394704" w14:textId="77777777" w:rsidR="003843A1" w:rsidRPr="00D94C4E" w:rsidRDefault="003843A1" w:rsidP="003843A1">
            <w:pPr>
              <w:numPr>
                <w:ilvl w:val="0"/>
                <w:numId w:val="1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A1075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зда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тність спілкування рідною мовою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uk-UA" w:eastAsia="ru-RU"/>
              </w:rPr>
              <w:t>;</w:t>
            </w:r>
          </w:p>
          <w:p w14:paraId="4866652E" w14:textId="77777777" w:rsidR="003843A1" w:rsidRPr="00D94C4E" w:rsidRDefault="003843A1" w:rsidP="003843A1">
            <w:pPr>
              <w:numPr>
                <w:ilvl w:val="0"/>
                <w:numId w:val="1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uk-UA" w:eastAsia="ru-RU"/>
              </w:rPr>
              <w:t>і</w:t>
            </w:r>
            <w:r w:rsidRPr="00D94C4E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нноваційність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uk-UA" w:eastAsia="ru-RU"/>
              </w:rPr>
              <w:t>;</w:t>
            </w:r>
          </w:p>
          <w:p w14:paraId="1B4471F3" w14:textId="77777777" w:rsidR="003843A1" w:rsidRPr="00D94C4E" w:rsidRDefault="003843A1" w:rsidP="003843A1">
            <w:pPr>
              <w:numPr>
                <w:ilvl w:val="0"/>
                <w:numId w:val="1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і</w:t>
            </w:r>
            <w:r w:rsidRPr="00D94C4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нформаційно</w:t>
            </w:r>
            <w:r>
              <w:rPr>
                <w:rFonts w:ascii="Times New Roman" w:eastAsia="Times New Roman" w:hAnsi="Times New Roman" w:cs="Times New Roman"/>
                <w:szCs w:val="24"/>
                <w:lang w:val="uk-UA" w:eastAsia="ru-RU"/>
              </w:rPr>
              <w:t>-</w:t>
            </w:r>
            <w:r w:rsidRPr="00D94C4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комунікаційна компетентність</w:t>
            </w:r>
            <w:r>
              <w:rPr>
                <w:rFonts w:ascii="Times New Roman" w:eastAsia="Times New Roman" w:hAnsi="Times New Roman" w:cs="Times New Roman"/>
                <w:szCs w:val="24"/>
                <w:lang w:val="uk-UA" w:eastAsia="ru-RU"/>
              </w:rPr>
              <w:t>;</w:t>
            </w:r>
          </w:p>
          <w:p w14:paraId="2BD441C2" w14:textId="77777777" w:rsidR="003843A1" w:rsidRDefault="003843A1" w:rsidP="003843A1">
            <w:pPr>
              <w:numPr>
                <w:ilvl w:val="0"/>
                <w:numId w:val="1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</w:t>
            </w:r>
            <w:r w:rsidRPr="00D94C4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авчання впродовж життя</w:t>
            </w:r>
            <w:r>
              <w:rPr>
                <w:rFonts w:ascii="Times New Roman" w:eastAsia="Times New Roman" w:hAnsi="Times New Roman" w:cs="Times New Roman"/>
                <w:szCs w:val="24"/>
                <w:lang w:val="uk-UA" w:eastAsia="ru-RU"/>
              </w:rPr>
              <w:t>;</w:t>
            </w:r>
          </w:p>
          <w:p w14:paraId="08EB7816" w14:textId="77777777" w:rsidR="003843A1" w:rsidRPr="006B0EEE" w:rsidRDefault="003843A1" w:rsidP="003843A1">
            <w:pPr>
              <w:numPr>
                <w:ilvl w:val="0"/>
                <w:numId w:val="1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B0EE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громадянські та соціальні компетентності</w:t>
            </w:r>
          </w:p>
        </w:tc>
        <w:tc>
          <w:tcPr>
            <w:tcW w:w="1545" w:type="dxa"/>
          </w:tcPr>
          <w:p w14:paraId="4C6A97D8" w14:textId="77777777" w:rsidR="003843A1" w:rsidRPr="00FC5F01" w:rsidRDefault="003843A1" w:rsidP="003843A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843A1" w:rsidRPr="006B0EEE" w14:paraId="5B06BFDC" w14:textId="77777777" w:rsidTr="003843A1">
        <w:trPr>
          <w:gridAfter w:val="2"/>
          <w:wAfter w:w="25" w:type="dxa"/>
        </w:trPr>
        <w:tc>
          <w:tcPr>
            <w:tcW w:w="499" w:type="dxa"/>
          </w:tcPr>
          <w:p w14:paraId="0941238D" w14:textId="77777777" w:rsidR="003843A1" w:rsidRPr="00FC5F01" w:rsidRDefault="003843A1" w:rsidP="003843A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1369" w:type="dxa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2FD81F6" w14:textId="5D0900DD" w:rsidR="003843A1" w:rsidRPr="00FC5F01" w:rsidRDefault="003843A1" w:rsidP="003843A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Roboto" w:hAnsi="Roboto"/>
                <w:color w:val="212529"/>
              </w:rPr>
              <w:t>10.10.2025</w:t>
            </w:r>
          </w:p>
        </w:tc>
        <w:tc>
          <w:tcPr>
            <w:tcW w:w="2314" w:type="dxa"/>
          </w:tcPr>
          <w:p w14:paraId="726F7482" w14:textId="77777777" w:rsidR="003843A1" w:rsidRPr="009D5B3A" w:rsidRDefault="003843A1" w:rsidP="003843A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5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Громадянська участь та</w:t>
            </w:r>
          </w:p>
          <w:p w14:paraId="38D59DA2" w14:textId="77777777" w:rsidR="003843A1" w:rsidRPr="009D5B3A" w:rsidRDefault="003843A1" w:rsidP="003843A1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D5B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відповідальність</w:t>
            </w:r>
          </w:p>
        </w:tc>
        <w:tc>
          <w:tcPr>
            <w:tcW w:w="766" w:type="dxa"/>
          </w:tcPr>
          <w:p w14:paraId="760D13CF" w14:textId="77777777" w:rsidR="003843A1" w:rsidRPr="00FC5F01" w:rsidRDefault="003843A1" w:rsidP="003843A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Style w:val="oypena"/>
                <w:rFonts w:ascii="Times New Roman" w:hAnsi="Times New Roman" w:cs="Times New Roman"/>
                <w:b/>
                <w:bCs/>
                <w:color w:val="000000"/>
              </w:rPr>
              <w:t>ГЗР-2</w:t>
            </w:r>
            <w:r w:rsidRPr="00BA1075">
              <w:rPr>
                <w:rStyle w:val="oypena"/>
                <w:rFonts w:ascii="Times New Roman" w:hAnsi="Times New Roman" w:cs="Times New Roman"/>
                <w:b/>
                <w:bCs/>
                <w:color w:val="000000"/>
              </w:rPr>
              <w:t>; ГЗР-3</w:t>
            </w:r>
          </w:p>
        </w:tc>
        <w:tc>
          <w:tcPr>
            <w:tcW w:w="3733" w:type="dxa"/>
          </w:tcPr>
          <w:p w14:paraId="6EBDE2BC" w14:textId="77777777" w:rsidR="003843A1" w:rsidRPr="006B0EEE" w:rsidRDefault="003843A1" w:rsidP="003843A1">
            <w:pPr>
              <w:numPr>
                <w:ilvl w:val="0"/>
                <w:numId w:val="1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94C4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Пояснює і розкриває на прикладах сутність понять і термінів теми </w:t>
            </w:r>
            <w:r w:rsidRPr="006B0EE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[9 ГІО 6.1.1]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;</w:t>
            </w:r>
          </w:p>
          <w:p w14:paraId="05B02DED" w14:textId="77777777" w:rsidR="003843A1" w:rsidRPr="00ED7E71" w:rsidRDefault="003843A1" w:rsidP="003843A1">
            <w:pPr>
              <w:numPr>
                <w:ilvl w:val="0"/>
                <w:numId w:val="1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D7E7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Називає органи державної влади в Україні, пояснює сутність принципу розподілу влади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D7E7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[9 ГІО 6.1.1-2]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14:paraId="52DE98AA" w14:textId="77777777" w:rsidR="003843A1" w:rsidRDefault="003843A1" w:rsidP="003843A1">
            <w:pPr>
              <w:numPr>
                <w:ilvl w:val="0"/>
                <w:numId w:val="1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D7E7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Характеризує роль виборців у формуванні органів державної влади та місцевого самоврядування [9 ГІО 6.1.2-1]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</w:p>
          <w:p w14:paraId="40939B1B" w14:textId="77777777" w:rsidR="003843A1" w:rsidRDefault="003843A1" w:rsidP="003843A1">
            <w:pPr>
              <w:numPr>
                <w:ilvl w:val="0"/>
                <w:numId w:val="13"/>
              </w:numPr>
              <w:tabs>
                <w:tab w:val="num" w:pos="134"/>
              </w:tabs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D7E7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Описує форми і прояви громадянської активності, бере участь у моделювання демократичних процедур </w:t>
            </w:r>
            <w:r w:rsidRPr="00ED7E7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[9 ГІО 6.1.2-2]</w:t>
            </w:r>
          </w:p>
          <w:p w14:paraId="79B2437B" w14:textId="77777777" w:rsidR="003843A1" w:rsidRDefault="003843A1" w:rsidP="003843A1">
            <w:pPr>
              <w:numPr>
                <w:ilvl w:val="0"/>
                <w:numId w:val="13"/>
              </w:numPr>
              <w:tabs>
                <w:tab w:val="num" w:pos="134"/>
              </w:tabs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D7E7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Виявляє й аргументує зв'язок між громадянською активністю людини й розвитком демократії [9 ГІО 6.1.3-2]</w:t>
            </w:r>
          </w:p>
          <w:p w14:paraId="46D3BC5F" w14:textId="77777777" w:rsidR="003843A1" w:rsidRPr="006B0EEE" w:rsidRDefault="003843A1" w:rsidP="003843A1">
            <w:pPr>
              <w:numPr>
                <w:ilvl w:val="0"/>
                <w:numId w:val="13"/>
              </w:numPr>
              <w:tabs>
                <w:tab w:val="num" w:pos="134"/>
              </w:tabs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D7E7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Висловлює власне ставлення щодо важливості участі громадян у політичному житті власної держави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ED7E7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[9 ГІО 6.2.1-4]</w:t>
            </w:r>
          </w:p>
        </w:tc>
        <w:tc>
          <w:tcPr>
            <w:tcW w:w="2661" w:type="dxa"/>
          </w:tcPr>
          <w:p w14:paraId="43EE5790" w14:textId="77777777" w:rsidR="003843A1" w:rsidRPr="00BA1075" w:rsidRDefault="003843A1" w:rsidP="003843A1">
            <w:pPr>
              <w:numPr>
                <w:ilvl w:val="0"/>
                <w:numId w:val="1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A1075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lastRenderedPageBreak/>
              <w:t>вільне володіння державною мовою;</w:t>
            </w:r>
          </w:p>
          <w:p w14:paraId="29A1FAFE" w14:textId="77777777" w:rsidR="003843A1" w:rsidRPr="00D94C4E" w:rsidRDefault="003843A1" w:rsidP="003843A1">
            <w:pPr>
              <w:numPr>
                <w:ilvl w:val="0"/>
                <w:numId w:val="1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A1075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зда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тність спілкування рідною мовою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uk-UA" w:eastAsia="ru-RU"/>
              </w:rPr>
              <w:t>;</w:t>
            </w:r>
          </w:p>
          <w:p w14:paraId="4626A748" w14:textId="77777777" w:rsidR="003843A1" w:rsidRPr="00D94C4E" w:rsidRDefault="003843A1" w:rsidP="003843A1">
            <w:pPr>
              <w:numPr>
                <w:ilvl w:val="0"/>
                <w:numId w:val="1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uk-UA" w:eastAsia="ru-RU"/>
              </w:rPr>
              <w:lastRenderedPageBreak/>
              <w:t>і</w:t>
            </w:r>
            <w:r w:rsidRPr="00D94C4E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нноваційність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uk-UA" w:eastAsia="ru-RU"/>
              </w:rPr>
              <w:t>;</w:t>
            </w:r>
          </w:p>
          <w:p w14:paraId="53EC5A29" w14:textId="77777777" w:rsidR="003843A1" w:rsidRPr="00D94C4E" w:rsidRDefault="003843A1" w:rsidP="003843A1">
            <w:pPr>
              <w:numPr>
                <w:ilvl w:val="0"/>
                <w:numId w:val="1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і</w:t>
            </w:r>
            <w:r w:rsidRPr="00D94C4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нформаційно</w:t>
            </w:r>
            <w:r>
              <w:rPr>
                <w:rFonts w:ascii="Times New Roman" w:eastAsia="Times New Roman" w:hAnsi="Times New Roman" w:cs="Times New Roman"/>
                <w:szCs w:val="24"/>
                <w:lang w:val="uk-UA" w:eastAsia="ru-RU"/>
              </w:rPr>
              <w:t>-</w:t>
            </w:r>
            <w:r w:rsidRPr="00D94C4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комунікаційна компетентність</w:t>
            </w:r>
            <w:r>
              <w:rPr>
                <w:rFonts w:ascii="Times New Roman" w:eastAsia="Times New Roman" w:hAnsi="Times New Roman" w:cs="Times New Roman"/>
                <w:szCs w:val="24"/>
                <w:lang w:val="uk-UA" w:eastAsia="ru-RU"/>
              </w:rPr>
              <w:t>;</w:t>
            </w:r>
          </w:p>
          <w:p w14:paraId="2D4BAB0A" w14:textId="77777777" w:rsidR="003843A1" w:rsidRDefault="003843A1" w:rsidP="003843A1">
            <w:pPr>
              <w:numPr>
                <w:ilvl w:val="0"/>
                <w:numId w:val="1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</w:t>
            </w:r>
            <w:r w:rsidRPr="00D94C4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авчання впродовж життя</w:t>
            </w:r>
            <w:r>
              <w:rPr>
                <w:rFonts w:ascii="Times New Roman" w:eastAsia="Times New Roman" w:hAnsi="Times New Roman" w:cs="Times New Roman"/>
                <w:szCs w:val="24"/>
                <w:lang w:val="uk-UA" w:eastAsia="ru-RU"/>
              </w:rPr>
              <w:t>;</w:t>
            </w:r>
          </w:p>
          <w:p w14:paraId="4AED77CC" w14:textId="77777777" w:rsidR="003843A1" w:rsidRPr="006B0EEE" w:rsidRDefault="003843A1" w:rsidP="003843A1">
            <w:pPr>
              <w:numPr>
                <w:ilvl w:val="0"/>
                <w:numId w:val="1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B0EE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громадянські та соціальні компетентності</w:t>
            </w:r>
          </w:p>
        </w:tc>
        <w:tc>
          <w:tcPr>
            <w:tcW w:w="1545" w:type="dxa"/>
          </w:tcPr>
          <w:p w14:paraId="1319ACCC" w14:textId="77777777" w:rsidR="003843A1" w:rsidRPr="00FC5F01" w:rsidRDefault="003843A1" w:rsidP="003843A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843A1" w:rsidRPr="006B0EEE" w14:paraId="39928E06" w14:textId="77777777" w:rsidTr="003843A1">
        <w:trPr>
          <w:gridAfter w:val="2"/>
          <w:wAfter w:w="25" w:type="dxa"/>
        </w:trPr>
        <w:tc>
          <w:tcPr>
            <w:tcW w:w="499" w:type="dxa"/>
          </w:tcPr>
          <w:p w14:paraId="2CFB4C24" w14:textId="77777777" w:rsidR="003843A1" w:rsidRPr="00FC5F01" w:rsidRDefault="003843A1" w:rsidP="003843A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1369" w:type="dxa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FA4C62A" w14:textId="3D72FE1E" w:rsidR="003843A1" w:rsidRPr="00FC5F01" w:rsidRDefault="003843A1" w:rsidP="003843A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Roboto" w:hAnsi="Roboto"/>
                <w:color w:val="212529"/>
              </w:rPr>
              <w:t>17.10.2025</w:t>
            </w:r>
          </w:p>
        </w:tc>
        <w:tc>
          <w:tcPr>
            <w:tcW w:w="2314" w:type="dxa"/>
          </w:tcPr>
          <w:p w14:paraId="2F52FEDE" w14:textId="77777777" w:rsidR="003843A1" w:rsidRPr="0084135A" w:rsidRDefault="003843A1" w:rsidP="003843A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D5B3A">
              <w:rPr>
                <w:rFonts w:ascii="Times New Roman" w:hAnsi="Times New Roman" w:cs="Times New Roman"/>
                <w:sz w:val="24"/>
                <w:szCs w:val="24"/>
              </w:rPr>
              <w:t>Демократія і народне волевиявлення</w:t>
            </w:r>
          </w:p>
        </w:tc>
        <w:tc>
          <w:tcPr>
            <w:tcW w:w="766" w:type="dxa"/>
          </w:tcPr>
          <w:p w14:paraId="1E085AAD" w14:textId="77777777" w:rsidR="003843A1" w:rsidRPr="00FC5F01" w:rsidRDefault="003843A1" w:rsidP="003843A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Style w:val="oypena"/>
                <w:rFonts w:ascii="Times New Roman" w:hAnsi="Times New Roman" w:cs="Times New Roman"/>
                <w:b/>
                <w:bCs/>
                <w:color w:val="000000"/>
              </w:rPr>
              <w:t>ГЗР-1</w:t>
            </w:r>
            <w:r w:rsidRPr="00BA1075">
              <w:rPr>
                <w:rStyle w:val="oypena"/>
                <w:rFonts w:ascii="Times New Roman" w:hAnsi="Times New Roman" w:cs="Times New Roman"/>
                <w:b/>
                <w:bCs/>
                <w:color w:val="000000"/>
              </w:rPr>
              <w:t>; ГЗР-3</w:t>
            </w:r>
          </w:p>
        </w:tc>
        <w:tc>
          <w:tcPr>
            <w:tcW w:w="3733" w:type="dxa"/>
          </w:tcPr>
          <w:p w14:paraId="418B5206" w14:textId="77777777" w:rsidR="003843A1" w:rsidRPr="00ED7E71" w:rsidRDefault="003843A1" w:rsidP="003843A1">
            <w:pPr>
              <w:numPr>
                <w:ilvl w:val="0"/>
                <w:numId w:val="1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D7E7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Пояснює і розкриває на прикладах сутність понять і термінів теми [9 ГІО 6.1.1];</w:t>
            </w:r>
          </w:p>
          <w:p w14:paraId="18D68C58" w14:textId="77777777" w:rsidR="003843A1" w:rsidRPr="00ED7E71" w:rsidRDefault="003843A1" w:rsidP="003843A1">
            <w:pPr>
              <w:numPr>
                <w:ilvl w:val="0"/>
                <w:numId w:val="1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D7E7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lastRenderedPageBreak/>
              <w:t>Називає органи державної влади в Україні, пояснює сутність принципу розподілу влади [9 ГІО 6.1.1-2];</w:t>
            </w:r>
          </w:p>
          <w:p w14:paraId="79D2CF7A" w14:textId="77777777" w:rsidR="003843A1" w:rsidRPr="00ED7E71" w:rsidRDefault="003843A1" w:rsidP="003843A1">
            <w:pPr>
              <w:numPr>
                <w:ilvl w:val="0"/>
                <w:numId w:val="1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D7E7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Характеризує роль виборців у формуванні органів державної влади та місцевого самоврядування [9 ГІО 6.1.2-1] </w:t>
            </w:r>
          </w:p>
          <w:p w14:paraId="276E6E69" w14:textId="77777777" w:rsidR="003843A1" w:rsidRPr="00ED7E71" w:rsidRDefault="003843A1" w:rsidP="003843A1">
            <w:pPr>
              <w:numPr>
                <w:ilvl w:val="0"/>
                <w:numId w:val="1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D7E7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Описує форми і прояви громадянської активності, бере участь у моделювання демократичних процедур [9 ГІО 6.1.2-2]</w:t>
            </w:r>
          </w:p>
          <w:p w14:paraId="528E8BFC" w14:textId="77777777" w:rsidR="003843A1" w:rsidRPr="00ED7E71" w:rsidRDefault="003843A1" w:rsidP="003843A1">
            <w:pPr>
              <w:numPr>
                <w:ilvl w:val="0"/>
                <w:numId w:val="1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D7E7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Виявляє й аргументує зв'язок між громадянською активністю людини й розвитком демократії [9 ГІО 6.1.3-2]</w:t>
            </w:r>
          </w:p>
          <w:p w14:paraId="419D1438" w14:textId="77777777" w:rsidR="003843A1" w:rsidRPr="006B0EEE" w:rsidRDefault="003843A1" w:rsidP="003843A1">
            <w:pPr>
              <w:numPr>
                <w:ilvl w:val="0"/>
                <w:numId w:val="1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D7E7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Висловлює власне ставлення щодо важливості участі громадян у політичному житті власної держави [9 ГІО 6.2.1-4]</w:t>
            </w:r>
          </w:p>
        </w:tc>
        <w:tc>
          <w:tcPr>
            <w:tcW w:w="2661" w:type="dxa"/>
          </w:tcPr>
          <w:p w14:paraId="421D81BC" w14:textId="77777777" w:rsidR="003843A1" w:rsidRPr="00BA1075" w:rsidRDefault="003843A1" w:rsidP="003843A1">
            <w:pPr>
              <w:numPr>
                <w:ilvl w:val="0"/>
                <w:numId w:val="1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A1075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lastRenderedPageBreak/>
              <w:t>вільне володіння державною мовою;</w:t>
            </w:r>
          </w:p>
          <w:p w14:paraId="0106D787" w14:textId="77777777" w:rsidR="003843A1" w:rsidRPr="00D94C4E" w:rsidRDefault="003843A1" w:rsidP="003843A1">
            <w:pPr>
              <w:numPr>
                <w:ilvl w:val="0"/>
                <w:numId w:val="1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A1075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lastRenderedPageBreak/>
              <w:t>зда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тність спілкування рідною мовою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uk-UA" w:eastAsia="ru-RU"/>
              </w:rPr>
              <w:t>;</w:t>
            </w:r>
          </w:p>
          <w:p w14:paraId="7E86FB6E" w14:textId="77777777" w:rsidR="003843A1" w:rsidRPr="00D94C4E" w:rsidRDefault="003843A1" w:rsidP="003843A1">
            <w:pPr>
              <w:numPr>
                <w:ilvl w:val="0"/>
                <w:numId w:val="1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uk-UA" w:eastAsia="ru-RU"/>
              </w:rPr>
              <w:t>і</w:t>
            </w:r>
            <w:r w:rsidRPr="00D94C4E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нноваційність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uk-UA" w:eastAsia="ru-RU"/>
              </w:rPr>
              <w:t>;</w:t>
            </w:r>
          </w:p>
          <w:p w14:paraId="1B689D4E" w14:textId="77777777" w:rsidR="003843A1" w:rsidRPr="00D94C4E" w:rsidRDefault="003843A1" w:rsidP="003843A1">
            <w:pPr>
              <w:numPr>
                <w:ilvl w:val="0"/>
                <w:numId w:val="1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і</w:t>
            </w:r>
            <w:r w:rsidRPr="00D94C4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нформаційно</w:t>
            </w:r>
            <w:r>
              <w:rPr>
                <w:rFonts w:ascii="Times New Roman" w:eastAsia="Times New Roman" w:hAnsi="Times New Roman" w:cs="Times New Roman"/>
                <w:szCs w:val="24"/>
                <w:lang w:val="uk-UA" w:eastAsia="ru-RU"/>
              </w:rPr>
              <w:t>-</w:t>
            </w:r>
            <w:r w:rsidRPr="00D94C4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комунікаційна компетентність</w:t>
            </w:r>
            <w:r>
              <w:rPr>
                <w:rFonts w:ascii="Times New Roman" w:eastAsia="Times New Roman" w:hAnsi="Times New Roman" w:cs="Times New Roman"/>
                <w:szCs w:val="24"/>
                <w:lang w:val="uk-UA" w:eastAsia="ru-RU"/>
              </w:rPr>
              <w:t>;</w:t>
            </w:r>
          </w:p>
          <w:p w14:paraId="17677F66" w14:textId="77777777" w:rsidR="003843A1" w:rsidRDefault="003843A1" w:rsidP="003843A1">
            <w:pPr>
              <w:numPr>
                <w:ilvl w:val="0"/>
                <w:numId w:val="1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</w:t>
            </w:r>
            <w:r w:rsidRPr="00D94C4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авчання впродовж життя</w:t>
            </w:r>
            <w:r>
              <w:rPr>
                <w:rFonts w:ascii="Times New Roman" w:eastAsia="Times New Roman" w:hAnsi="Times New Roman" w:cs="Times New Roman"/>
                <w:szCs w:val="24"/>
                <w:lang w:val="uk-UA" w:eastAsia="ru-RU"/>
              </w:rPr>
              <w:t>;</w:t>
            </w:r>
          </w:p>
          <w:p w14:paraId="788F1929" w14:textId="77777777" w:rsidR="003843A1" w:rsidRPr="006B0EEE" w:rsidRDefault="003843A1" w:rsidP="003843A1">
            <w:pPr>
              <w:numPr>
                <w:ilvl w:val="0"/>
                <w:numId w:val="1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B0EE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громадянські та соціальні компетентності</w:t>
            </w:r>
          </w:p>
        </w:tc>
        <w:tc>
          <w:tcPr>
            <w:tcW w:w="1545" w:type="dxa"/>
          </w:tcPr>
          <w:p w14:paraId="24C52113" w14:textId="77777777" w:rsidR="003843A1" w:rsidRPr="00FC5F01" w:rsidRDefault="003843A1" w:rsidP="003843A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843A1" w:rsidRPr="00D434BE" w14:paraId="04CC1F12" w14:textId="2B6C3310" w:rsidTr="003843A1">
        <w:trPr>
          <w:gridAfter w:val="1"/>
          <w:wAfter w:w="11" w:type="dxa"/>
        </w:trPr>
        <w:tc>
          <w:tcPr>
            <w:tcW w:w="499" w:type="dxa"/>
          </w:tcPr>
          <w:p w14:paraId="465F57E4" w14:textId="77777777" w:rsidR="003843A1" w:rsidRPr="00FC5F01" w:rsidRDefault="003843A1" w:rsidP="003843A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1369" w:type="dxa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2BBAC41" w14:textId="7F8BAAF2" w:rsidR="003843A1" w:rsidRPr="00FC5F01" w:rsidRDefault="003843A1" w:rsidP="003843A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Roboto" w:hAnsi="Roboto"/>
                <w:color w:val="212529"/>
              </w:rPr>
              <w:t>24.10.2025</w:t>
            </w:r>
          </w:p>
        </w:tc>
        <w:tc>
          <w:tcPr>
            <w:tcW w:w="11033" w:type="dxa"/>
            <w:gridSpan w:val="6"/>
          </w:tcPr>
          <w:p w14:paraId="70EFB4AB" w14:textId="7A9A326D" w:rsidR="003843A1" w:rsidRPr="00FC5F01" w:rsidRDefault="003843A1" w:rsidP="003843A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Узагальнення. Діагностувальна №1</w:t>
            </w:r>
          </w:p>
        </w:tc>
      </w:tr>
      <w:tr w:rsidR="003843A1" w:rsidRPr="00B57B0B" w14:paraId="509A9401" w14:textId="77777777" w:rsidTr="003843A1">
        <w:tc>
          <w:tcPr>
            <w:tcW w:w="12912" w:type="dxa"/>
            <w:gridSpan w:val="10"/>
          </w:tcPr>
          <w:p w14:paraId="25D0A6C5" w14:textId="77777777" w:rsidR="003843A1" w:rsidRPr="009D5B3A" w:rsidRDefault="003843A1" w:rsidP="003843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9D5B3A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ТЕМА 3. СОЦІАЛЬНА АКТИВНІСТЬ ГРОМАДЯН</w:t>
            </w:r>
            <w:r w:rsidRPr="009D5B3A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. </w:t>
            </w:r>
            <w:r w:rsidRPr="009D5B3A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ТЕМА 4. ІНФОРМАЦІЙНА ДІЯЛЬНІСТЬ В ДЕМОКРАТИЧНІЙ ДЕРЖАВІ</w:t>
            </w:r>
          </w:p>
        </w:tc>
      </w:tr>
      <w:tr w:rsidR="003843A1" w:rsidRPr="00C120D2" w14:paraId="004576CB" w14:textId="77777777" w:rsidTr="003843A1">
        <w:trPr>
          <w:gridAfter w:val="2"/>
          <w:wAfter w:w="25" w:type="dxa"/>
        </w:trPr>
        <w:tc>
          <w:tcPr>
            <w:tcW w:w="499" w:type="dxa"/>
          </w:tcPr>
          <w:p w14:paraId="552CCC4B" w14:textId="77777777" w:rsidR="003843A1" w:rsidRPr="00FC5F01" w:rsidRDefault="003843A1" w:rsidP="003843A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9</w:t>
            </w:r>
          </w:p>
        </w:tc>
        <w:tc>
          <w:tcPr>
            <w:tcW w:w="1369" w:type="dxa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2A64299" w14:textId="15E897AE" w:rsidR="003843A1" w:rsidRPr="00FC5F01" w:rsidRDefault="003843A1" w:rsidP="003843A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Roboto" w:hAnsi="Roboto"/>
                <w:color w:val="212529"/>
              </w:rPr>
              <w:t>07.11.2025</w:t>
            </w:r>
          </w:p>
        </w:tc>
        <w:tc>
          <w:tcPr>
            <w:tcW w:w="2314" w:type="dxa"/>
          </w:tcPr>
          <w:p w14:paraId="2F55A9E5" w14:textId="77777777" w:rsidR="003843A1" w:rsidRPr="009D5B3A" w:rsidRDefault="003843A1" w:rsidP="003843A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D5B3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Різноманітність – ресурс для розвитку</w:t>
            </w:r>
          </w:p>
          <w:p w14:paraId="04638685" w14:textId="77777777" w:rsidR="003843A1" w:rsidRPr="0084135A" w:rsidRDefault="003843A1" w:rsidP="003843A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D5B3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особистості і суспільства</w:t>
            </w:r>
          </w:p>
        </w:tc>
        <w:tc>
          <w:tcPr>
            <w:tcW w:w="766" w:type="dxa"/>
          </w:tcPr>
          <w:p w14:paraId="792C4500" w14:textId="77777777" w:rsidR="003843A1" w:rsidRPr="00FC5F01" w:rsidRDefault="003843A1" w:rsidP="003843A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Style w:val="oypena"/>
                <w:rFonts w:ascii="Times New Roman" w:hAnsi="Times New Roman" w:cs="Times New Roman"/>
                <w:b/>
                <w:bCs/>
                <w:color w:val="000000"/>
              </w:rPr>
              <w:t>ГЗР-1</w:t>
            </w:r>
            <w:r w:rsidRPr="00BA1075">
              <w:rPr>
                <w:rStyle w:val="oypena"/>
                <w:rFonts w:ascii="Times New Roman" w:hAnsi="Times New Roman" w:cs="Times New Roman"/>
                <w:b/>
                <w:bCs/>
                <w:color w:val="000000"/>
              </w:rPr>
              <w:t>; ГЗР-3</w:t>
            </w:r>
          </w:p>
        </w:tc>
        <w:tc>
          <w:tcPr>
            <w:tcW w:w="3733" w:type="dxa"/>
          </w:tcPr>
          <w:p w14:paraId="3260030B" w14:textId="77777777" w:rsidR="003843A1" w:rsidRPr="000D07B6" w:rsidRDefault="003843A1" w:rsidP="003843A1">
            <w:pPr>
              <w:pStyle w:val="ae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 w:rsidRPr="000D07B6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 xml:space="preserve">Пояснює поняття та терміни в межах теми та добирає відповідні приклади </w:t>
            </w:r>
            <w:r w:rsidRPr="000D07B6">
              <w:rPr>
                <w:rFonts w:ascii="Times New Roman" w:eastAsia="Times New Roman" w:hAnsi="Times New Roman" w:cs="Times New Roman"/>
                <w:szCs w:val="24"/>
                <w:lang w:val="ru-RU" w:eastAsia="ru-RU"/>
              </w:rPr>
              <w:t>[9 ГІО 4.1.3]</w:t>
            </w:r>
          </w:p>
          <w:p w14:paraId="28618228" w14:textId="77777777" w:rsidR="003843A1" w:rsidRDefault="003843A1" w:rsidP="003843A1">
            <w:pPr>
              <w:pStyle w:val="ae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 w:rsidRPr="000D07B6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Визначає, що для людин</w:t>
            </w:r>
          </w:p>
          <w:p w14:paraId="3FCB051C" w14:textId="77777777" w:rsidR="003843A1" w:rsidRPr="000D07B6" w:rsidRDefault="003843A1" w:rsidP="003843A1">
            <w:pPr>
              <w:pStyle w:val="ae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 w:rsidRPr="000D07B6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 xml:space="preserve">и означає належність до соціокультурної спільноти та як належність до різних спільнот і зовнішні чинники впливають на формування поглядів та переконань людини </w:t>
            </w:r>
            <w:r w:rsidRPr="000D07B6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[9 ГІО 5.1.1-1]</w:t>
            </w:r>
          </w:p>
          <w:p w14:paraId="6A8FCF12" w14:textId="77777777" w:rsidR="003843A1" w:rsidRPr="00C120D2" w:rsidRDefault="003843A1" w:rsidP="003843A1">
            <w:pPr>
              <w:pStyle w:val="ae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D07B6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Характеризує різноманітність як ресурс особистості та суспільства й її прояви, наводить приклади єдності, розмаїття і багатовимірності минулого та його впливу на сучасність [9 ГІО 4.3.2-2]</w:t>
            </w:r>
          </w:p>
        </w:tc>
        <w:tc>
          <w:tcPr>
            <w:tcW w:w="2661" w:type="dxa"/>
          </w:tcPr>
          <w:p w14:paraId="2A07E5D1" w14:textId="77777777" w:rsidR="003843A1" w:rsidRPr="00BA1075" w:rsidRDefault="003843A1" w:rsidP="003843A1">
            <w:pPr>
              <w:numPr>
                <w:ilvl w:val="0"/>
                <w:numId w:val="14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A1075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вільне володіння державною мовою;</w:t>
            </w:r>
          </w:p>
          <w:p w14:paraId="0C085B92" w14:textId="77777777" w:rsidR="003843A1" w:rsidRPr="00D94C4E" w:rsidRDefault="003843A1" w:rsidP="003843A1">
            <w:pPr>
              <w:numPr>
                <w:ilvl w:val="0"/>
                <w:numId w:val="14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A1075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зда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тність спілкування рідною мовою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uk-UA" w:eastAsia="ru-RU"/>
              </w:rPr>
              <w:t>;</w:t>
            </w:r>
          </w:p>
          <w:p w14:paraId="37AD9EF2" w14:textId="77777777" w:rsidR="003843A1" w:rsidRPr="00D94C4E" w:rsidRDefault="003843A1" w:rsidP="003843A1">
            <w:pPr>
              <w:numPr>
                <w:ilvl w:val="0"/>
                <w:numId w:val="14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uk-UA" w:eastAsia="ru-RU"/>
              </w:rPr>
              <w:t>і</w:t>
            </w:r>
            <w:r w:rsidRPr="00D94C4E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нноваційність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uk-UA" w:eastAsia="ru-RU"/>
              </w:rPr>
              <w:t>;</w:t>
            </w:r>
          </w:p>
          <w:p w14:paraId="1AB77884" w14:textId="77777777" w:rsidR="003843A1" w:rsidRPr="00D94C4E" w:rsidRDefault="003843A1" w:rsidP="003843A1">
            <w:pPr>
              <w:numPr>
                <w:ilvl w:val="0"/>
                <w:numId w:val="14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і</w:t>
            </w:r>
            <w:r w:rsidRPr="00D94C4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нформаційно</w:t>
            </w:r>
            <w:r>
              <w:rPr>
                <w:rFonts w:ascii="Times New Roman" w:eastAsia="Times New Roman" w:hAnsi="Times New Roman" w:cs="Times New Roman"/>
                <w:szCs w:val="24"/>
                <w:lang w:val="uk-UA" w:eastAsia="ru-RU"/>
              </w:rPr>
              <w:t>-</w:t>
            </w:r>
            <w:r w:rsidRPr="00D94C4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комунікаційна компетентність</w:t>
            </w:r>
            <w:r>
              <w:rPr>
                <w:rFonts w:ascii="Times New Roman" w:eastAsia="Times New Roman" w:hAnsi="Times New Roman" w:cs="Times New Roman"/>
                <w:szCs w:val="24"/>
                <w:lang w:val="uk-UA" w:eastAsia="ru-RU"/>
              </w:rPr>
              <w:t>;</w:t>
            </w:r>
          </w:p>
          <w:p w14:paraId="0B972830" w14:textId="77777777" w:rsidR="003843A1" w:rsidRPr="00C120D2" w:rsidRDefault="003843A1" w:rsidP="003843A1">
            <w:pPr>
              <w:numPr>
                <w:ilvl w:val="0"/>
                <w:numId w:val="14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</w:t>
            </w:r>
            <w:r w:rsidRPr="00D94C4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авчання впродовж життя</w:t>
            </w:r>
            <w:r>
              <w:rPr>
                <w:rFonts w:ascii="Times New Roman" w:eastAsia="Times New Roman" w:hAnsi="Times New Roman" w:cs="Times New Roman"/>
                <w:szCs w:val="24"/>
                <w:lang w:val="uk-UA" w:eastAsia="ru-RU"/>
              </w:rPr>
              <w:t>;</w:t>
            </w:r>
          </w:p>
          <w:p w14:paraId="40ED70CF" w14:textId="77777777" w:rsidR="003843A1" w:rsidRPr="00C120D2" w:rsidRDefault="003843A1" w:rsidP="003843A1">
            <w:pPr>
              <w:numPr>
                <w:ilvl w:val="0"/>
                <w:numId w:val="14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120D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громадянські та соціальні компетентності</w:t>
            </w:r>
            <w:r>
              <w:rPr>
                <w:rFonts w:ascii="Times New Roman" w:eastAsia="Times New Roman" w:hAnsi="Times New Roman" w:cs="Times New Roman"/>
                <w:szCs w:val="24"/>
                <w:lang w:val="uk-UA" w:eastAsia="ru-RU"/>
              </w:rPr>
              <w:t>;</w:t>
            </w:r>
          </w:p>
          <w:p w14:paraId="700D97F4" w14:textId="77777777" w:rsidR="003843A1" w:rsidRPr="00C120D2" w:rsidRDefault="003843A1" w:rsidP="003843A1">
            <w:pPr>
              <w:numPr>
                <w:ilvl w:val="0"/>
                <w:numId w:val="14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</w:t>
            </w:r>
            <w:r w:rsidRPr="00C120D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ультурна компетентність</w:t>
            </w:r>
          </w:p>
        </w:tc>
        <w:tc>
          <w:tcPr>
            <w:tcW w:w="1545" w:type="dxa"/>
          </w:tcPr>
          <w:p w14:paraId="548B54EA" w14:textId="77777777" w:rsidR="003843A1" w:rsidRPr="00FC5F01" w:rsidRDefault="003843A1" w:rsidP="003843A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843A1" w:rsidRPr="000D07B6" w14:paraId="7DD37714" w14:textId="77777777" w:rsidTr="003843A1">
        <w:trPr>
          <w:gridAfter w:val="2"/>
          <w:wAfter w:w="25" w:type="dxa"/>
        </w:trPr>
        <w:tc>
          <w:tcPr>
            <w:tcW w:w="499" w:type="dxa"/>
          </w:tcPr>
          <w:p w14:paraId="03EAFECD" w14:textId="77777777" w:rsidR="003843A1" w:rsidRPr="00FC5F01" w:rsidRDefault="003843A1" w:rsidP="003843A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1369" w:type="dxa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93DA2AA" w14:textId="170F9B52" w:rsidR="003843A1" w:rsidRPr="00FC5F01" w:rsidRDefault="003843A1" w:rsidP="003843A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Roboto" w:hAnsi="Roboto"/>
                <w:color w:val="212529"/>
              </w:rPr>
              <w:t>14.11.2025</w:t>
            </w:r>
          </w:p>
        </w:tc>
        <w:tc>
          <w:tcPr>
            <w:tcW w:w="2314" w:type="dxa"/>
          </w:tcPr>
          <w:p w14:paraId="7C9631B3" w14:textId="77777777" w:rsidR="003843A1" w:rsidRPr="009D5B3A" w:rsidRDefault="003843A1" w:rsidP="003843A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D5B3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Подолання дискримінації і</w:t>
            </w:r>
          </w:p>
          <w:p w14:paraId="28FDA733" w14:textId="77777777" w:rsidR="003843A1" w:rsidRPr="009D5B3A" w:rsidRDefault="003843A1" w:rsidP="003843A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D5B3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нетерпимості – шлях до гармонії в</w:t>
            </w:r>
          </w:p>
          <w:p w14:paraId="26041D14" w14:textId="77777777" w:rsidR="003843A1" w:rsidRPr="006839D0" w:rsidRDefault="003843A1" w:rsidP="003843A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D5B3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суспільстві</w:t>
            </w:r>
          </w:p>
        </w:tc>
        <w:tc>
          <w:tcPr>
            <w:tcW w:w="766" w:type="dxa"/>
          </w:tcPr>
          <w:p w14:paraId="06DC6209" w14:textId="77777777" w:rsidR="003843A1" w:rsidRPr="00FC5F01" w:rsidRDefault="003843A1" w:rsidP="003843A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Style w:val="oypena"/>
                <w:rFonts w:ascii="Times New Roman" w:hAnsi="Times New Roman" w:cs="Times New Roman"/>
                <w:b/>
                <w:bCs/>
                <w:color w:val="000000"/>
              </w:rPr>
              <w:t>ГЗР-2</w:t>
            </w:r>
            <w:r w:rsidRPr="00BA1075">
              <w:rPr>
                <w:rStyle w:val="oypena"/>
                <w:rFonts w:ascii="Times New Roman" w:hAnsi="Times New Roman" w:cs="Times New Roman"/>
                <w:b/>
                <w:bCs/>
                <w:color w:val="000000"/>
              </w:rPr>
              <w:t>; ГЗР-3</w:t>
            </w:r>
          </w:p>
        </w:tc>
        <w:tc>
          <w:tcPr>
            <w:tcW w:w="3733" w:type="dxa"/>
          </w:tcPr>
          <w:p w14:paraId="4FA9979C" w14:textId="77777777" w:rsidR="003843A1" w:rsidRDefault="003843A1" w:rsidP="003843A1">
            <w:pPr>
              <w:pStyle w:val="ae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 w:rsidRPr="000D07B6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Аналізує причини та наслідки дискримінації та утисків у минулому і сьогоденні</w:t>
            </w: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 xml:space="preserve"> </w:t>
            </w:r>
            <w:r w:rsidRPr="000D07B6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[9 ГІО 5.3.2-2]</w:t>
            </w:r>
          </w:p>
          <w:p w14:paraId="382A192F" w14:textId="77777777" w:rsidR="003843A1" w:rsidRDefault="003843A1" w:rsidP="003843A1">
            <w:pPr>
              <w:pStyle w:val="ae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В</w:t>
            </w:r>
            <w:r w:rsidRPr="000D07B6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иокремлює прояви дискримінації, виникнення стереотипів, когнітивних викривлень, ідеалізації</w:t>
            </w: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 xml:space="preserve"> </w:t>
            </w:r>
            <w:r w:rsidRPr="000D07B6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 xml:space="preserve">[9 ГІО 5.3.2-4], </w:t>
            </w:r>
          </w:p>
          <w:p w14:paraId="4214EDED" w14:textId="77777777" w:rsidR="003843A1" w:rsidRDefault="003843A1" w:rsidP="003843A1">
            <w:pPr>
              <w:pStyle w:val="ae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lastRenderedPageBreak/>
              <w:t>П</w:t>
            </w:r>
            <w:r w:rsidRPr="000D07B6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ропонує способи протистояння випадкам дискримінації та утисків</w:t>
            </w: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 xml:space="preserve"> </w:t>
            </w:r>
            <w:r w:rsidRPr="000D07B6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[9 ГІО 5.3.2-3]</w:t>
            </w: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 xml:space="preserve">; </w:t>
            </w:r>
          </w:p>
          <w:p w14:paraId="37F86C5F" w14:textId="77777777" w:rsidR="003843A1" w:rsidRPr="000D07B6" w:rsidRDefault="003843A1" w:rsidP="003843A1">
            <w:pPr>
              <w:pStyle w:val="ae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р</w:t>
            </w:r>
            <w:r w:rsidRPr="000D07B6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озкриває сутність принципу недискримінації, виявляє його порушення у повсякденному житті та медіа повідомленнях[9 ГІО 5.3.1-3];</w:t>
            </w:r>
          </w:p>
        </w:tc>
        <w:tc>
          <w:tcPr>
            <w:tcW w:w="2661" w:type="dxa"/>
          </w:tcPr>
          <w:p w14:paraId="50625918" w14:textId="77777777" w:rsidR="003843A1" w:rsidRPr="00BA1075" w:rsidRDefault="003843A1" w:rsidP="003843A1">
            <w:pPr>
              <w:numPr>
                <w:ilvl w:val="0"/>
                <w:numId w:val="15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A1075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lastRenderedPageBreak/>
              <w:t>вільне володіння державною мовою;</w:t>
            </w:r>
          </w:p>
          <w:p w14:paraId="6800CCBA" w14:textId="77777777" w:rsidR="003843A1" w:rsidRPr="00D94C4E" w:rsidRDefault="003843A1" w:rsidP="003843A1">
            <w:pPr>
              <w:numPr>
                <w:ilvl w:val="0"/>
                <w:numId w:val="15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A1075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зда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тність спілкування рідною мовою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uk-UA" w:eastAsia="ru-RU"/>
              </w:rPr>
              <w:t>;</w:t>
            </w:r>
          </w:p>
          <w:p w14:paraId="01BAE1B4" w14:textId="77777777" w:rsidR="003843A1" w:rsidRPr="00D94C4E" w:rsidRDefault="003843A1" w:rsidP="003843A1">
            <w:pPr>
              <w:numPr>
                <w:ilvl w:val="0"/>
                <w:numId w:val="15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uk-UA" w:eastAsia="ru-RU"/>
              </w:rPr>
              <w:t>і</w:t>
            </w:r>
            <w:r w:rsidRPr="00D94C4E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нноваційність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uk-UA" w:eastAsia="ru-RU"/>
              </w:rPr>
              <w:t>;</w:t>
            </w:r>
          </w:p>
          <w:p w14:paraId="7971599B" w14:textId="77777777" w:rsidR="003843A1" w:rsidRPr="00D94C4E" w:rsidRDefault="003843A1" w:rsidP="003843A1">
            <w:pPr>
              <w:numPr>
                <w:ilvl w:val="0"/>
                <w:numId w:val="15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і</w:t>
            </w:r>
            <w:r w:rsidRPr="00D94C4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нформаційно</w:t>
            </w:r>
            <w:r>
              <w:rPr>
                <w:rFonts w:ascii="Times New Roman" w:eastAsia="Times New Roman" w:hAnsi="Times New Roman" w:cs="Times New Roman"/>
                <w:szCs w:val="24"/>
                <w:lang w:val="uk-UA" w:eastAsia="ru-RU"/>
              </w:rPr>
              <w:t>-</w:t>
            </w:r>
            <w:r w:rsidRPr="00D94C4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комунікаційна компетентність</w:t>
            </w:r>
            <w:r>
              <w:rPr>
                <w:rFonts w:ascii="Times New Roman" w:eastAsia="Times New Roman" w:hAnsi="Times New Roman" w:cs="Times New Roman"/>
                <w:szCs w:val="24"/>
                <w:lang w:val="uk-UA" w:eastAsia="ru-RU"/>
              </w:rPr>
              <w:t>;</w:t>
            </w:r>
          </w:p>
          <w:p w14:paraId="0C877764" w14:textId="77777777" w:rsidR="003843A1" w:rsidRPr="00C120D2" w:rsidRDefault="003843A1" w:rsidP="003843A1">
            <w:pPr>
              <w:numPr>
                <w:ilvl w:val="0"/>
                <w:numId w:val="15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lastRenderedPageBreak/>
              <w:t>н</w:t>
            </w:r>
            <w:r w:rsidRPr="00D94C4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авчання впродовж життя</w:t>
            </w:r>
            <w:r>
              <w:rPr>
                <w:rFonts w:ascii="Times New Roman" w:eastAsia="Times New Roman" w:hAnsi="Times New Roman" w:cs="Times New Roman"/>
                <w:szCs w:val="24"/>
                <w:lang w:val="uk-UA" w:eastAsia="ru-RU"/>
              </w:rPr>
              <w:t>;</w:t>
            </w:r>
          </w:p>
          <w:p w14:paraId="43FBE6E8" w14:textId="77777777" w:rsidR="003843A1" w:rsidRPr="000D07B6" w:rsidRDefault="003843A1" w:rsidP="003843A1">
            <w:pPr>
              <w:numPr>
                <w:ilvl w:val="0"/>
                <w:numId w:val="15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Cs w:val="24"/>
                <w:lang w:val="ru-RU" w:eastAsia="ru-RU"/>
              </w:rPr>
            </w:pPr>
            <w:r w:rsidRPr="000D07B6">
              <w:rPr>
                <w:rFonts w:ascii="Times New Roman" w:eastAsia="Times New Roman" w:hAnsi="Times New Roman" w:cs="Times New Roman"/>
                <w:szCs w:val="24"/>
                <w:lang w:val="ru-RU" w:eastAsia="ru-RU"/>
              </w:rPr>
              <w:t>громадянські та соціальні компетентності</w:t>
            </w:r>
            <w:r>
              <w:rPr>
                <w:rFonts w:ascii="Times New Roman" w:eastAsia="Times New Roman" w:hAnsi="Times New Roman" w:cs="Times New Roman"/>
                <w:szCs w:val="24"/>
                <w:lang w:val="uk-UA" w:eastAsia="ru-RU"/>
              </w:rPr>
              <w:t>;</w:t>
            </w:r>
          </w:p>
          <w:p w14:paraId="31D6393C" w14:textId="77777777" w:rsidR="003843A1" w:rsidRPr="000D07B6" w:rsidRDefault="003843A1" w:rsidP="003843A1">
            <w:pPr>
              <w:numPr>
                <w:ilvl w:val="0"/>
                <w:numId w:val="15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Cs w:val="24"/>
                <w:lang w:val="ru-RU" w:eastAsia="ru-RU"/>
              </w:rPr>
            </w:pPr>
            <w:r w:rsidRPr="000D07B6">
              <w:rPr>
                <w:rFonts w:ascii="Times New Roman" w:eastAsia="Times New Roman" w:hAnsi="Times New Roman" w:cs="Times New Roman"/>
                <w:szCs w:val="24"/>
                <w:lang w:val="ru-RU" w:eastAsia="ru-RU"/>
              </w:rPr>
              <w:t>культурна компетентність</w:t>
            </w:r>
          </w:p>
        </w:tc>
        <w:tc>
          <w:tcPr>
            <w:tcW w:w="1545" w:type="dxa"/>
          </w:tcPr>
          <w:p w14:paraId="025E7C4E" w14:textId="77777777" w:rsidR="003843A1" w:rsidRPr="00FC5F01" w:rsidRDefault="003843A1" w:rsidP="003843A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843A1" w:rsidRPr="00D434BE" w14:paraId="21AAE193" w14:textId="77777777" w:rsidTr="003843A1">
        <w:trPr>
          <w:gridAfter w:val="2"/>
          <w:wAfter w:w="25" w:type="dxa"/>
        </w:trPr>
        <w:tc>
          <w:tcPr>
            <w:tcW w:w="499" w:type="dxa"/>
          </w:tcPr>
          <w:p w14:paraId="348C23B1" w14:textId="77777777" w:rsidR="003843A1" w:rsidRDefault="003843A1" w:rsidP="003843A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</w:t>
            </w:r>
          </w:p>
        </w:tc>
        <w:tc>
          <w:tcPr>
            <w:tcW w:w="1369" w:type="dxa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F421D95" w14:textId="4CC6599A" w:rsidR="003843A1" w:rsidRPr="00FC5F01" w:rsidRDefault="003843A1" w:rsidP="003843A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Roboto" w:hAnsi="Roboto"/>
                <w:color w:val="212529"/>
              </w:rPr>
              <w:t>21.11.2025</w:t>
            </w:r>
          </w:p>
        </w:tc>
        <w:tc>
          <w:tcPr>
            <w:tcW w:w="2314" w:type="dxa"/>
          </w:tcPr>
          <w:p w14:paraId="2675C6A1" w14:textId="77777777" w:rsidR="003843A1" w:rsidRPr="0091689A" w:rsidRDefault="003843A1" w:rsidP="003843A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D5B3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Соціальні ініціативи і проєкти</w:t>
            </w:r>
          </w:p>
        </w:tc>
        <w:tc>
          <w:tcPr>
            <w:tcW w:w="766" w:type="dxa"/>
          </w:tcPr>
          <w:p w14:paraId="0F51DEBD" w14:textId="77777777" w:rsidR="003843A1" w:rsidRPr="00FC5F01" w:rsidRDefault="003843A1" w:rsidP="003843A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Style w:val="oypena"/>
                <w:rFonts w:ascii="Times New Roman" w:hAnsi="Times New Roman" w:cs="Times New Roman"/>
                <w:b/>
                <w:bCs/>
                <w:color w:val="000000"/>
              </w:rPr>
              <w:t>ГЗР-1</w:t>
            </w:r>
            <w:r w:rsidRPr="00BA1075">
              <w:rPr>
                <w:rStyle w:val="oypena"/>
                <w:rFonts w:ascii="Times New Roman" w:hAnsi="Times New Roman" w:cs="Times New Roman"/>
                <w:b/>
                <w:bCs/>
                <w:color w:val="000000"/>
              </w:rPr>
              <w:t>; ГЗР-3</w:t>
            </w:r>
          </w:p>
        </w:tc>
        <w:tc>
          <w:tcPr>
            <w:tcW w:w="3733" w:type="dxa"/>
          </w:tcPr>
          <w:p w14:paraId="52DAC0BE" w14:textId="77777777" w:rsidR="003843A1" w:rsidRPr="000D07B6" w:rsidRDefault="003843A1" w:rsidP="003843A1">
            <w:pPr>
              <w:pStyle w:val="ae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D07B6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 xml:space="preserve">Дотримується правил комфортного співіснування, розробляє їх на основі власного досвіду </w:t>
            </w:r>
          </w:p>
          <w:p w14:paraId="2D2108D3" w14:textId="77777777" w:rsidR="003843A1" w:rsidRPr="000D07B6" w:rsidRDefault="003843A1" w:rsidP="003843A1">
            <w:pPr>
              <w:pStyle w:val="ae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D07B6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 xml:space="preserve">Пропонує способи залучення (інклюзії) різних людей у спільноти, враховуючи думку людей, які потребують такого залучення </w:t>
            </w: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 xml:space="preserve"> </w:t>
            </w:r>
            <w:r w:rsidRPr="000D07B6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[9 ГІО 5.3.2-1]</w:t>
            </w:r>
          </w:p>
          <w:p w14:paraId="675C4B49" w14:textId="77777777" w:rsidR="003843A1" w:rsidRPr="000D07B6" w:rsidRDefault="003843A1" w:rsidP="003843A1">
            <w:pPr>
              <w:pStyle w:val="ae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D07B6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 xml:space="preserve">Називає форми участі людини в житті громади/спільноти, визначає способи власної участі в житті класу / закладу освіти / родини / місцевої спільноти </w:t>
            </w:r>
          </w:p>
          <w:p w14:paraId="5AC1180B" w14:textId="77777777" w:rsidR="003843A1" w:rsidRPr="000D07B6" w:rsidRDefault="003843A1" w:rsidP="003843A1">
            <w:pPr>
              <w:pStyle w:val="ae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D07B6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 xml:space="preserve">Докладно описує проблеми, з якими стикаються різні спільноти </w:t>
            </w:r>
            <w:r w:rsidRPr="000D07B6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lastRenderedPageBreak/>
              <w:t>(заклад освіти, громада)</w:t>
            </w: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 xml:space="preserve"> </w:t>
            </w:r>
            <w:r w:rsidRPr="000D07B6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 xml:space="preserve">[9 ГІО 6.2.1-1], </w:t>
            </w:r>
          </w:p>
          <w:p w14:paraId="3CC446BF" w14:textId="77777777" w:rsidR="003843A1" w:rsidRPr="000D07B6" w:rsidRDefault="003843A1" w:rsidP="003843A1">
            <w:pPr>
              <w:pStyle w:val="ae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П</w:t>
            </w:r>
            <w:r w:rsidRPr="000D07B6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 xml:space="preserve">ропонує варіанти їх розв’язання та обирає найоптимальніший з них </w:t>
            </w:r>
            <w:r w:rsidRPr="000D07B6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[9 ГІО 6.2.1-2]</w:t>
            </w:r>
          </w:p>
          <w:p w14:paraId="50DAE4AD" w14:textId="77777777" w:rsidR="003843A1" w:rsidRPr="000D07B6" w:rsidRDefault="003843A1" w:rsidP="003843A1">
            <w:pPr>
              <w:pStyle w:val="ae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D07B6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 xml:space="preserve">Знаходить інформацію про приклади волонтерських програм та соціальних проєктів, що реалізуються в Україні та місцевій громаді, висловлює власне ставлення до значення волонтерської діяльності для суспільства, держави та людини </w:t>
            </w:r>
            <w:r w:rsidRPr="000E5A72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[9 ГІО 3.1.2-1]</w:t>
            </w:r>
          </w:p>
          <w:p w14:paraId="7883B223" w14:textId="77777777" w:rsidR="003843A1" w:rsidRPr="000D07B6" w:rsidRDefault="003843A1" w:rsidP="003843A1">
            <w:pPr>
              <w:pStyle w:val="ae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D07B6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Визначає власні можливості залучення до волонтерської діяльності</w:t>
            </w: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 xml:space="preserve"> </w:t>
            </w:r>
            <w:r w:rsidRPr="000E5A72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[9 ГІО 6.2.1-4]</w:t>
            </w:r>
          </w:p>
        </w:tc>
        <w:tc>
          <w:tcPr>
            <w:tcW w:w="2661" w:type="dxa"/>
          </w:tcPr>
          <w:p w14:paraId="6F55DB21" w14:textId="77777777" w:rsidR="003843A1" w:rsidRPr="00BA1075" w:rsidRDefault="003843A1" w:rsidP="003843A1">
            <w:pPr>
              <w:numPr>
                <w:ilvl w:val="0"/>
                <w:numId w:val="15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A1075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lastRenderedPageBreak/>
              <w:t>вільне володіння державною мовою;</w:t>
            </w:r>
          </w:p>
          <w:p w14:paraId="4BC468EA" w14:textId="77777777" w:rsidR="003843A1" w:rsidRPr="00D94C4E" w:rsidRDefault="003843A1" w:rsidP="003843A1">
            <w:pPr>
              <w:numPr>
                <w:ilvl w:val="0"/>
                <w:numId w:val="15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A1075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зда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тність спілкування рідною мовою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uk-UA" w:eastAsia="ru-RU"/>
              </w:rPr>
              <w:t>;</w:t>
            </w:r>
          </w:p>
          <w:p w14:paraId="48F9B073" w14:textId="77777777" w:rsidR="003843A1" w:rsidRPr="00D94C4E" w:rsidRDefault="003843A1" w:rsidP="003843A1">
            <w:pPr>
              <w:numPr>
                <w:ilvl w:val="0"/>
                <w:numId w:val="15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uk-UA" w:eastAsia="ru-RU"/>
              </w:rPr>
              <w:t>і</w:t>
            </w:r>
            <w:r w:rsidRPr="00D94C4E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нноваційність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uk-UA" w:eastAsia="ru-RU"/>
              </w:rPr>
              <w:t>;</w:t>
            </w:r>
          </w:p>
          <w:p w14:paraId="2DF304A5" w14:textId="77777777" w:rsidR="003843A1" w:rsidRPr="00D94C4E" w:rsidRDefault="003843A1" w:rsidP="003843A1">
            <w:pPr>
              <w:numPr>
                <w:ilvl w:val="0"/>
                <w:numId w:val="15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і</w:t>
            </w:r>
            <w:r w:rsidRPr="00D94C4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нформаційно</w:t>
            </w:r>
            <w:r>
              <w:rPr>
                <w:rFonts w:ascii="Times New Roman" w:eastAsia="Times New Roman" w:hAnsi="Times New Roman" w:cs="Times New Roman"/>
                <w:szCs w:val="24"/>
                <w:lang w:val="uk-UA" w:eastAsia="ru-RU"/>
              </w:rPr>
              <w:t>-</w:t>
            </w:r>
            <w:r w:rsidRPr="00D94C4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комунікаційна компетентність</w:t>
            </w:r>
            <w:r>
              <w:rPr>
                <w:rFonts w:ascii="Times New Roman" w:eastAsia="Times New Roman" w:hAnsi="Times New Roman" w:cs="Times New Roman"/>
                <w:szCs w:val="24"/>
                <w:lang w:val="uk-UA" w:eastAsia="ru-RU"/>
              </w:rPr>
              <w:t>;</w:t>
            </w:r>
          </w:p>
          <w:p w14:paraId="5F05F1C0" w14:textId="77777777" w:rsidR="003843A1" w:rsidRPr="00C120D2" w:rsidRDefault="003843A1" w:rsidP="003843A1">
            <w:pPr>
              <w:numPr>
                <w:ilvl w:val="0"/>
                <w:numId w:val="15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</w:t>
            </w:r>
            <w:r w:rsidRPr="00D94C4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авчання впродовж життя</w:t>
            </w:r>
            <w:r>
              <w:rPr>
                <w:rFonts w:ascii="Times New Roman" w:eastAsia="Times New Roman" w:hAnsi="Times New Roman" w:cs="Times New Roman"/>
                <w:szCs w:val="24"/>
                <w:lang w:val="uk-UA" w:eastAsia="ru-RU"/>
              </w:rPr>
              <w:t>;</w:t>
            </w:r>
          </w:p>
          <w:p w14:paraId="02183B5B" w14:textId="77777777" w:rsidR="003843A1" w:rsidRDefault="003843A1" w:rsidP="003843A1">
            <w:pPr>
              <w:numPr>
                <w:ilvl w:val="0"/>
                <w:numId w:val="15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Cs w:val="24"/>
                <w:lang w:val="ru-RU" w:eastAsia="ru-RU"/>
              </w:rPr>
            </w:pPr>
            <w:r w:rsidRPr="000D07B6">
              <w:rPr>
                <w:rFonts w:ascii="Times New Roman" w:eastAsia="Times New Roman" w:hAnsi="Times New Roman" w:cs="Times New Roman"/>
                <w:szCs w:val="24"/>
                <w:lang w:val="ru-RU" w:eastAsia="ru-RU"/>
              </w:rPr>
              <w:t>громадянські та соціальні компетентності</w:t>
            </w:r>
            <w:r>
              <w:rPr>
                <w:rFonts w:ascii="Times New Roman" w:eastAsia="Times New Roman" w:hAnsi="Times New Roman" w:cs="Times New Roman"/>
                <w:szCs w:val="24"/>
                <w:lang w:val="uk-UA" w:eastAsia="ru-RU"/>
              </w:rPr>
              <w:t>;</w:t>
            </w:r>
          </w:p>
          <w:p w14:paraId="76A9B50C" w14:textId="77777777" w:rsidR="003843A1" w:rsidRPr="000D07B6" w:rsidRDefault="003843A1" w:rsidP="003843A1">
            <w:pPr>
              <w:numPr>
                <w:ilvl w:val="0"/>
                <w:numId w:val="15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Cs w:val="24"/>
                <w:lang w:val="ru-RU" w:eastAsia="ru-RU"/>
              </w:rPr>
            </w:pPr>
            <w:r w:rsidRPr="000D07B6">
              <w:rPr>
                <w:rFonts w:ascii="Times New Roman" w:eastAsia="Times New Roman" w:hAnsi="Times New Roman" w:cs="Times New Roman"/>
                <w:szCs w:val="24"/>
                <w:lang w:val="ru-RU" w:eastAsia="ru-RU"/>
              </w:rPr>
              <w:t>культурна компетентність</w:t>
            </w:r>
          </w:p>
        </w:tc>
        <w:tc>
          <w:tcPr>
            <w:tcW w:w="1545" w:type="dxa"/>
          </w:tcPr>
          <w:p w14:paraId="679386E5" w14:textId="77777777" w:rsidR="003843A1" w:rsidRPr="00FC5F01" w:rsidRDefault="003843A1" w:rsidP="003843A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843A1" w:rsidRPr="000E5A72" w14:paraId="01082A21" w14:textId="77777777" w:rsidTr="003843A1">
        <w:trPr>
          <w:gridAfter w:val="2"/>
          <w:wAfter w:w="25" w:type="dxa"/>
        </w:trPr>
        <w:tc>
          <w:tcPr>
            <w:tcW w:w="499" w:type="dxa"/>
          </w:tcPr>
          <w:p w14:paraId="339C8AD6" w14:textId="77777777" w:rsidR="003843A1" w:rsidRDefault="003843A1" w:rsidP="003843A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</w:t>
            </w:r>
          </w:p>
        </w:tc>
        <w:tc>
          <w:tcPr>
            <w:tcW w:w="1369" w:type="dxa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78703B2" w14:textId="7068475A" w:rsidR="003843A1" w:rsidRPr="00FC5F01" w:rsidRDefault="003843A1" w:rsidP="003843A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Roboto" w:hAnsi="Roboto"/>
                <w:color w:val="212529"/>
              </w:rPr>
              <w:t>28.11.2025</w:t>
            </w:r>
          </w:p>
        </w:tc>
        <w:tc>
          <w:tcPr>
            <w:tcW w:w="2314" w:type="dxa"/>
          </w:tcPr>
          <w:p w14:paraId="31A56FDF" w14:textId="77777777" w:rsidR="003843A1" w:rsidRPr="009D5B3A" w:rsidRDefault="003843A1" w:rsidP="003843A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D5B3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Сталий розвиток: від людини до</w:t>
            </w:r>
          </w:p>
          <w:p w14:paraId="32C19E4C" w14:textId="77777777" w:rsidR="003843A1" w:rsidRPr="0091689A" w:rsidRDefault="003843A1" w:rsidP="003843A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D5B3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Держави</w:t>
            </w:r>
          </w:p>
        </w:tc>
        <w:tc>
          <w:tcPr>
            <w:tcW w:w="766" w:type="dxa"/>
          </w:tcPr>
          <w:p w14:paraId="48E28CBF" w14:textId="77777777" w:rsidR="003843A1" w:rsidRPr="00FC5F01" w:rsidRDefault="003843A1" w:rsidP="003843A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Style w:val="oypena"/>
                <w:rFonts w:ascii="Times New Roman" w:hAnsi="Times New Roman" w:cs="Times New Roman"/>
                <w:b/>
                <w:bCs/>
                <w:color w:val="000000"/>
              </w:rPr>
              <w:t>ГЗР-</w:t>
            </w:r>
            <w:r>
              <w:rPr>
                <w:rStyle w:val="oypena"/>
                <w:rFonts w:ascii="Times New Roman" w:hAnsi="Times New Roman" w:cs="Times New Roman"/>
                <w:b/>
                <w:bCs/>
                <w:color w:val="000000"/>
                <w:lang w:val="uk-UA"/>
              </w:rPr>
              <w:t>1</w:t>
            </w:r>
            <w:r w:rsidRPr="00BA1075">
              <w:rPr>
                <w:rStyle w:val="oypena"/>
                <w:rFonts w:ascii="Times New Roman" w:hAnsi="Times New Roman" w:cs="Times New Roman"/>
                <w:b/>
                <w:bCs/>
                <w:color w:val="000000"/>
              </w:rPr>
              <w:t>; ГЗР-3</w:t>
            </w:r>
          </w:p>
        </w:tc>
        <w:tc>
          <w:tcPr>
            <w:tcW w:w="3733" w:type="dxa"/>
          </w:tcPr>
          <w:p w14:paraId="363E4BA3" w14:textId="77777777" w:rsidR="003843A1" w:rsidRPr="000E5A72" w:rsidRDefault="003843A1" w:rsidP="003843A1">
            <w:pPr>
              <w:pStyle w:val="ae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 w:rsidRPr="000E5A72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Розкриває суть та значення Цілей сталого розвитку ООН</w:t>
            </w: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 xml:space="preserve"> </w:t>
            </w:r>
            <w:r w:rsidRPr="000E5A72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та оцінює роль людей та урядів держав у досягненні Цілей</w:t>
            </w: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 xml:space="preserve"> </w:t>
            </w:r>
            <w:r w:rsidRPr="000E5A72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сталого розвитку ООН</w:t>
            </w: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 xml:space="preserve"> </w:t>
            </w:r>
            <w:r w:rsidRPr="000E5A72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[9 ГІО 6.2.1-5]</w:t>
            </w:r>
          </w:p>
          <w:p w14:paraId="0EE8744D" w14:textId="77777777" w:rsidR="003843A1" w:rsidRPr="000E5A72" w:rsidRDefault="003843A1" w:rsidP="003843A1">
            <w:pPr>
              <w:pStyle w:val="ae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 w:rsidRPr="000E5A72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Називає і наводить приклади екодружньої до довкілля</w:t>
            </w: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 xml:space="preserve"> </w:t>
            </w:r>
            <w:r w:rsidRPr="000E5A72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поведінки людей, критично оцінює надмірність потреб і</w:t>
            </w: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 xml:space="preserve"> </w:t>
            </w:r>
            <w:r w:rsidRPr="000E5A72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 xml:space="preserve">перебільшене споживання, </w:t>
            </w:r>
            <w:r w:rsidRPr="000E5A72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lastRenderedPageBreak/>
              <w:t>визначає для себе власні</w:t>
            </w: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 xml:space="preserve"> </w:t>
            </w:r>
            <w:r w:rsidRPr="000E5A72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моделі поведінки і щоденні звички суголосні з потребами</w:t>
            </w: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 xml:space="preserve"> </w:t>
            </w:r>
            <w:r w:rsidRPr="000E5A72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сталого розвитку України</w:t>
            </w: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 xml:space="preserve"> </w:t>
            </w:r>
            <w:r w:rsidRPr="000E5A72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[9 ГІО 6.2.1-6]</w:t>
            </w:r>
          </w:p>
          <w:p w14:paraId="06C25769" w14:textId="77777777" w:rsidR="003843A1" w:rsidRPr="00FC5F01" w:rsidRDefault="003843A1" w:rsidP="003843A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61" w:type="dxa"/>
          </w:tcPr>
          <w:p w14:paraId="68A01BC7" w14:textId="77777777" w:rsidR="003843A1" w:rsidRPr="00BA1075" w:rsidRDefault="003843A1" w:rsidP="003843A1">
            <w:pPr>
              <w:numPr>
                <w:ilvl w:val="0"/>
                <w:numId w:val="15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A1075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lastRenderedPageBreak/>
              <w:t>вільне володіння державною мовою;</w:t>
            </w:r>
          </w:p>
          <w:p w14:paraId="615689D1" w14:textId="77777777" w:rsidR="003843A1" w:rsidRPr="00D94C4E" w:rsidRDefault="003843A1" w:rsidP="003843A1">
            <w:pPr>
              <w:numPr>
                <w:ilvl w:val="0"/>
                <w:numId w:val="15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A1075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зда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тність спілкування рідною мовою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uk-UA" w:eastAsia="ru-RU"/>
              </w:rPr>
              <w:t>;</w:t>
            </w:r>
          </w:p>
          <w:p w14:paraId="4FF1FFAD" w14:textId="77777777" w:rsidR="003843A1" w:rsidRPr="00D94C4E" w:rsidRDefault="003843A1" w:rsidP="003843A1">
            <w:pPr>
              <w:numPr>
                <w:ilvl w:val="0"/>
                <w:numId w:val="15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uk-UA" w:eastAsia="ru-RU"/>
              </w:rPr>
              <w:t>і</w:t>
            </w:r>
            <w:r w:rsidRPr="00D94C4E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нноваційність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uk-UA" w:eastAsia="ru-RU"/>
              </w:rPr>
              <w:t>;</w:t>
            </w:r>
          </w:p>
          <w:p w14:paraId="11EA6724" w14:textId="77777777" w:rsidR="003843A1" w:rsidRPr="00D94C4E" w:rsidRDefault="003843A1" w:rsidP="003843A1">
            <w:pPr>
              <w:numPr>
                <w:ilvl w:val="0"/>
                <w:numId w:val="15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і</w:t>
            </w:r>
            <w:r w:rsidRPr="00D94C4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нформаційно</w:t>
            </w:r>
            <w:r>
              <w:rPr>
                <w:rFonts w:ascii="Times New Roman" w:eastAsia="Times New Roman" w:hAnsi="Times New Roman" w:cs="Times New Roman"/>
                <w:szCs w:val="24"/>
                <w:lang w:val="uk-UA" w:eastAsia="ru-RU"/>
              </w:rPr>
              <w:t>-</w:t>
            </w:r>
            <w:r w:rsidRPr="00D94C4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комунікаційна компетентність</w:t>
            </w:r>
            <w:r>
              <w:rPr>
                <w:rFonts w:ascii="Times New Roman" w:eastAsia="Times New Roman" w:hAnsi="Times New Roman" w:cs="Times New Roman"/>
                <w:szCs w:val="24"/>
                <w:lang w:val="uk-UA" w:eastAsia="ru-RU"/>
              </w:rPr>
              <w:t>;</w:t>
            </w:r>
          </w:p>
          <w:p w14:paraId="68839B01" w14:textId="77777777" w:rsidR="003843A1" w:rsidRPr="00C120D2" w:rsidRDefault="003843A1" w:rsidP="003843A1">
            <w:pPr>
              <w:numPr>
                <w:ilvl w:val="0"/>
                <w:numId w:val="15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</w:t>
            </w:r>
            <w:r w:rsidRPr="00D94C4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авчання впродовж життя</w:t>
            </w:r>
            <w:r>
              <w:rPr>
                <w:rFonts w:ascii="Times New Roman" w:eastAsia="Times New Roman" w:hAnsi="Times New Roman" w:cs="Times New Roman"/>
                <w:szCs w:val="24"/>
                <w:lang w:val="uk-UA" w:eastAsia="ru-RU"/>
              </w:rPr>
              <w:t>;</w:t>
            </w:r>
          </w:p>
          <w:p w14:paraId="1BDE67C8" w14:textId="77777777" w:rsidR="003843A1" w:rsidRDefault="003843A1" w:rsidP="003843A1">
            <w:pPr>
              <w:numPr>
                <w:ilvl w:val="0"/>
                <w:numId w:val="15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Cs w:val="24"/>
                <w:lang w:val="ru-RU" w:eastAsia="ru-RU"/>
              </w:rPr>
            </w:pPr>
            <w:r w:rsidRPr="000D07B6">
              <w:rPr>
                <w:rFonts w:ascii="Times New Roman" w:eastAsia="Times New Roman" w:hAnsi="Times New Roman" w:cs="Times New Roman"/>
                <w:szCs w:val="24"/>
                <w:lang w:val="ru-RU" w:eastAsia="ru-RU"/>
              </w:rPr>
              <w:lastRenderedPageBreak/>
              <w:t>громадянські та соціальні компетентності</w:t>
            </w:r>
            <w:r>
              <w:rPr>
                <w:rFonts w:ascii="Times New Roman" w:eastAsia="Times New Roman" w:hAnsi="Times New Roman" w:cs="Times New Roman"/>
                <w:szCs w:val="24"/>
                <w:lang w:val="uk-UA" w:eastAsia="ru-RU"/>
              </w:rPr>
              <w:t>;</w:t>
            </w:r>
          </w:p>
          <w:p w14:paraId="3E402525" w14:textId="77777777" w:rsidR="003843A1" w:rsidRPr="000E5A72" w:rsidRDefault="003843A1" w:rsidP="003843A1">
            <w:pPr>
              <w:numPr>
                <w:ilvl w:val="0"/>
                <w:numId w:val="15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Cs w:val="24"/>
                <w:lang w:val="ru-RU" w:eastAsia="ru-RU"/>
              </w:rPr>
            </w:pPr>
            <w:r w:rsidRPr="000E5A72">
              <w:rPr>
                <w:rFonts w:ascii="Times New Roman" w:eastAsia="Times New Roman" w:hAnsi="Times New Roman" w:cs="Times New Roman"/>
                <w:szCs w:val="24"/>
                <w:lang w:val="ru-RU" w:eastAsia="ru-RU"/>
              </w:rPr>
              <w:t>культурна компетентність</w:t>
            </w:r>
          </w:p>
        </w:tc>
        <w:tc>
          <w:tcPr>
            <w:tcW w:w="1545" w:type="dxa"/>
          </w:tcPr>
          <w:p w14:paraId="3DDDCCD7" w14:textId="77777777" w:rsidR="003843A1" w:rsidRPr="00FC5F01" w:rsidRDefault="003843A1" w:rsidP="003843A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843A1" w:rsidRPr="000E5A72" w14:paraId="7D8041AC" w14:textId="77777777" w:rsidTr="003843A1">
        <w:trPr>
          <w:gridAfter w:val="2"/>
          <w:wAfter w:w="25" w:type="dxa"/>
        </w:trPr>
        <w:tc>
          <w:tcPr>
            <w:tcW w:w="499" w:type="dxa"/>
          </w:tcPr>
          <w:p w14:paraId="3144D52F" w14:textId="77777777" w:rsidR="003843A1" w:rsidRPr="00FC5F01" w:rsidRDefault="003843A1" w:rsidP="003843A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</w:t>
            </w:r>
          </w:p>
        </w:tc>
        <w:tc>
          <w:tcPr>
            <w:tcW w:w="1369" w:type="dxa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8B33176" w14:textId="6B8642CD" w:rsidR="003843A1" w:rsidRPr="00FC5F01" w:rsidRDefault="003843A1" w:rsidP="003843A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Roboto" w:hAnsi="Roboto"/>
                <w:color w:val="212529"/>
              </w:rPr>
              <w:t>05.12.2025</w:t>
            </w:r>
          </w:p>
        </w:tc>
        <w:tc>
          <w:tcPr>
            <w:tcW w:w="2314" w:type="dxa"/>
          </w:tcPr>
          <w:p w14:paraId="4D7D427D" w14:textId="77777777" w:rsidR="003843A1" w:rsidRPr="009D5B3A" w:rsidRDefault="003843A1" w:rsidP="003843A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D5B3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Інформація в демократичній державі.</w:t>
            </w:r>
          </w:p>
          <w:p w14:paraId="596C83A2" w14:textId="77777777" w:rsidR="003843A1" w:rsidRPr="00FC5F01" w:rsidRDefault="003843A1" w:rsidP="003843A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D5B3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Вплив масмедіа на суспільство</w:t>
            </w:r>
          </w:p>
        </w:tc>
        <w:tc>
          <w:tcPr>
            <w:tcW w:w="766" w:type="dxa"/>
          </w:tcPr>
          <w:p w14:paraId="3302CFF8" w14:textId="77777777" w:rsidR="003843A1" w:rsidRPr="00FC5F01" w:rsidRDefault="003843A1" w:rsidP="003843A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Style w:val="oypena"/>
                <w:rFonts w:ascii="Times New Roman" w:hAnsi="Times New Roman" w:cs="Times New Roman"/>
                <w:b/>
                <w:bCs/>
                <w:color w:val="000000"/>
              </w:rPr>
              <w:t>ГЗР-2</w:t>
            </w:r>
            <w:r w:rsidRPr="00BA1075">
              <w:rPr>
                <w:rStyle w:val="oypena"/>
                <w:rFonts w:ascii="Times New Roman" w:hAnsi="Times New Roman" w:cs="Times New Roman"/>
                <w:b/>
                <w:bCs/>
                <w:color w:val="000000"/>
              </w:rPr>
              <w:t>; ГЗР-3</w:t>
            </w:r>
          </w:p>
        </w:tc>
        <w:tc>
          <w:tcPr>
            <w:tcW w:w="3733" w:type="dxa"/>
          </w:tcPr>
          <w:p w14:paraId="0DF12913" w14:textId="77777777" w:rsidR="003843A1" w:rsidRPr="000E5A72" w:rsidRDefault="003843A1" w:rsidP="003843A1">
            <w:pPr>
              <w:pStyle w:val="ae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E5A72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Аргументує власні судження з теми за допомогою історичних фактів, явищ сьогодення, наявних досліджень, доступних джерел</w:t>
            </w: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 xml:space="preserve"> </w:t>
            </w:r>
            <w:r w:rsidRPr="000E5A72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[9 ГІО 4.2.3-2]</w:t>
            </w:r>
          </w:p>
          <w:p w14:paraId="77C1786B" w14:textId="77777777" w:rsidR="003843A1" w:rsidRPr="000E5A72" w:rsidRDefault="003843A1" w:rsidP="003843A1">
            <w:pPr>
              <w:pStyle w:val="ae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 w:rsidRPr="000E5A72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Пояснює поняття та терміни в межах теми та наводить приклади</w:t>
            </w:r>
            <w:r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 xml:space="preserve"> </w:t>
            </w:r>
            <w:r w:rsidRPr="00D94C4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[9 ГІО 4.1.3]</w:t>
            </w:r>
            <w:r w:rsidRPr="000E5A72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 xml:space="preserve"> </w:t>
            </w:r>
          </w:p>
          <w:p w14:paraId="54359BC1" w14:textId="77777777" w:rsidR="003843A1" w:rsidRPr="00325EA3" w:rsidRDefault="003843A1" w:rsidP="003843A1">
            <w:pPr>
              <w:pStyle w:val="ae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25EA3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Визначає сутність, важливість джерела інформації, його пізнавальні можливості</w:t>
            </w: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 xml:space="preserve"> </w:t>
            </w:r>
            <w:r w:rsidRPr="00325EA3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[9 ГІО 3.2.1-1], характеризує інформацію залежно від джерела походження, часу і місця виникнення та способів поширення інформації в суспільстві</w:t>
            </w: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 xml:space="preserve"> </w:t>
            </w:r>
            <w:r w:rsidRPr="00325EA3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 xml:space="preserve">[9 ГІО 3.2.2-2], </w:t>
            </w:r>
          </w:p>
          <w:p w14:paraId="27A510C2" w14:textId="77777777" w:rsidR="003843A1" w:rsidRPr="000E5A72" w:rsidRDefault="003843A1" w:rsidP="003843A1">
            <w:pPr>
              <w:pStyle w:val="ae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25EA3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 xml:space="preserve">складає список використаних джерел, дотримуючись засад </w:t>
            </w:r>
            <w:r w:rsidRPr="00325EA3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lastRenderedPageBreak/>
              <w:t>доброчесності</w:t>
            </w: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 xml:space="preserve"> </w:t>
            </w:r>
            <w:r w:rsidRPr="00325EA3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[9 ГІО 3.1.2-2]</w:t>
            </w:r>
          </w:p>
        </w:tc>
        <w:tc>
          <w:tcPr>
            <w:tcW w:w="2661" w:type="dxa"/>
          </w:tcPr>
          <w:p w14:paraId="0280AD8F" w14:textId="77777777" w:rsidR="003843A1" w:rsidRPr="00BA1075" w:rsidRDefault="003843A1" w:rsidP="003843A1">
            <w:pPr>
              <w:numPr>
                <w:ilvl w:val="0"/>
                <w:numId w:val="1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A1075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lastRenderedPageBreak/>
              <w:t>вільне володіння державною мовою;</w:t>
            </w:r>
          </w:p>
          <w:p w14:paraId="1D8EFA94" w14:textId="77777777" w:rsidR="003843A1" w:rsidRPr="00D94C4E" w:rsidRDefault="003843A1" w:rsidP="003843A1">
            <w:pPr>
              <w:numPr>
                <w:ilvl w:val="0"/>
                <w:numId w:val="1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A1075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зда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тність спілкування рідною мовою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uk-UA" w:eastAsia="ru-RU"/>
              </w:rPr>
              <w:t>;</w:t>
            </w:r>
          </w:p>
          <w:p w14:paraId="112FB904" w14:textId="77777777" w:rsidR="003843A1" w:rsidRPr="00D94C4E" w:rsidRDefault="003843A1" w:rsidP="003843A1">
            <w:pPr>
              <w:numPr>
                <w:ilvl w:val="0"/>
                <w:numId w:val="1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uk-UA" w:eastAsia="ru-RU"/>
              </w:rPr>
              <w:t>і</w:t>
            </w:r>
            <w:r w:rsidRPr="00D94C4E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нноваційність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uk-UA" w:eastAsia="ru-RU"/>
              </w:rPr>
              <w:t>;</w:t>
            </w:r>
          </w:p>
          <w:p w14:paraId="6ED9903D" w14:textId="77777777" w:rsidR="003843A1" w:rsidRPr="00D94C4E" w:rsidRDefault="003843A1" w:rsidP="003843A1">
            <w:pPr>
              <w:numPr>
                <w:ilvl w:val="0"/>
                <w:numId w:val="1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і</w:t>
            </w:r>
            <w:r w:rsidRPr="00D94C4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нформаційно</w:t>
            </w:r>
            <w:r>
              <w:rPr>
                <w:rFonts w:ascii="Times New Roman" w:eastAsia="Times New Roman" w:hAnsi="Times New Roman" w:cs="Times New Roman"/>
                <w:szCs w:val="24"/>
                <w:lang w:val="uk-UA" w:eastAsia="ru-RU"/>
              </w:rPr>
              <w:t>-</w:t>
            </w:r>
            <w:r w:rsidRPr="00D94C4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комунікаційна компетентність</w:t>
            </w:r>
            <w:r>
              <w:rPr>
                <w:rFonts w:ascii="Times New Roman" w:eastAsia="Times New Roman" w:hAnsi="Times New Roman" w:cs="Times New Roman"/>
                <w:szCs w:val="24"/>
                <w:lang w:val="uk-UA" w:eastAsia="ru-RU"/>
              </w:rPr>
              <w:t>;</w:t>
            </w:r>
          </w:p>
          <w:p w14:paraId="2B7F606F" w14:textId="77777777" w:rsidR="003843A1" w:rsidRPr="00C120D2" w:rsidRDefault="003843A1" w:rsidP="003843A1">
            <w:pPr>
              <w:numPr>
                <w:ilvl w:val="0"/>
                <w:numId w:val="1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</w:t>
            </w:r>
            <w:r w:rsidRPr="00D94C4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авчання впродовж життя</w:t>
            </w:r>
            <w:r>
              <w:rPr>
                <w:rFonts w:ascii="Times New Roman" w:eastAsia="Times New Roman" w:hAnsi="Times New Roman" w:cs="Times New Roman"/>
                <w:szCs w:val="24"/>
                <w:lang w:val="uk-UA" w:eastAsia="ru-RU"/>
              </w:rPr>
              <w:t>;</w:t>
            </w:r>
          </w:p>
          <w:p w14:paraId="50A347EF" w14:textId="77777777" w:rsidR="003843A1" w:rsidRDefault="003843A1" w:rsidP="003843A1">
            <w:pPr>
              <w:numPr>
                <w:ilvl w:val="0"/>
                <w:numId w:val="1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Cs w:val="24"/>
                <w:lang w:val="ru-RU" w:eastAsia="ru-RU"/>
              </w:rPr>
            </w:pPr>
            <w:r w:rsidRPr="000D07B6">
              <w:rPr>
                <w:rFonts w:ascii="Times New Roman" w:eastAsia="Times New Roman" w:hAnsi="Times New Roman" w:cs="Times New Roman"/>
                <w:szCs w:val="24"/>
                <w:lang w:val="ru-RU" w:eastAsia="ru-RU"/>
              </w:rPr>
              <w:t>громадянські та соціальні компетентності</w:t>
            </w:r>
            <w:r>
              <w:rPr>
                <w:rFonts w:ascii="Times New Roman" w:eastAsia="Times New Roman" w:hAnsi="Times New Roman" w:cs="Times New Roman"/>
                <w:szCs w:val="24"/>
                <w:lang w:val="uk-UA" w:eastAsia="ru-RU"/>
              </w:rPr>
              <w:t>;</w:t>
            </w:r>
          </w:p>
          <w:p w14:paraId="230B6BDA" w14:textId="77777777" w:rsidR="003843A1" w:rsidRPr="000E5A72" w:rsidRDefault="003843A1" w:rsidP="003843A1">
            <w:pPr>
              <w:numPr>
                <w:ilvl w:val="0"/>
                <w:numId w:val="1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Cs w:val="24"/>
                <w:lang w:val="ru-RU" w:eastAsia="ru-RU"/>
              </w:rPr>
            </w:pPr>
            <w:r w:rsidRPr="000E5A72">
              <w:rPr>
                <w:rFonts w:ascii="Times New Roman" w:eastAsia="Times New Roman" w:hAnsi="Times New Roman" w:cs="Times New Roman"/>
                <w:szCs w:val="24"/>
                <w:lang w:val="ru-RU" w:eastAsia="ru-RU"/>
              </w:rPr>
              <w:t>культурна компетентність</w:t>
            </w:r>
          </w:p>
        </w:tc>
        <w:tc>
          <w:tcPr>
            <w:tcW w:w="1545" w:type="dxa"/>
          </w:tcPr>
          <w:p w14:paraId="08353D60" w14:textId="77777777" w:rsidR="003843A1" w:rsidRPr="00FC5F01" w:rsidRDefault="003843A1" w:rsidP="003843A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843A1" w:rsidRPr="000E5A72" w14:paraId="5E97DF06" w14:textId="77777777" w:rsidTr="003843A1">
        <w:trPr>
          <w:gridAfter w:val="2"/>
          <w:wAfter w:w="25" w:type="dxa"/>
        </w:trPr>
        <w:tc>
          <w:tcPr>
            <w:tcW w:w="499" w:type="dxa"/>
          </w:tcPr>
          <w:p w14:paraId="3C644D5C" w14:textId="77777777" w:rsidR="003843A1" w:rsidRPr="00FC5F01" w:rsidRDefault="003843A1" w:rsidP="003843A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</w:t>
            </w:r>
          </w:p>
        </w:tc>
        <w:tc>
          <w:tcPr>
            <w:tcW w:w="1369" w:type="dxa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EF88F39" w14:textId="18BD9D19" w:rsidR="003843A1" w:rsidRPr="00FC5F01" w:rsidRDefault="003843A1" w:rsidP="003843A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Roboto" w:hAnsi="Roboto"/>
                <w:color w:val="212529"/>
              </w:rPr>
              <w:t>12.12.2025</w:t>
            </w:r>
          </w:p>
        </w:tc>
        <w:tc>
          <w:tcPr>
            <w:tcW w:w="2314" w:type="dxa"/>
          </w:tcPr>
          <w:p w14:paraId="509B5E84" w14:textId="77777777" w:rsidR="003843A1" w:rsidRPr="009D5B3A" w:rsidRDefault="003843A1" w:rsidP="003843A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D5B3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Протидія пропаганді та</w:t>
            </w:r>
          </w:p>
          <w:p w14:paraId="7385BB80" w14:textId="77777777" w:rsidR="003843A1" w:rsidRPr="00FC5F01" w:rsidRDefault="003843A1" w:rsidP="003843A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D5B3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маніпулюванню свідомістю</w:t>
            </w:r>
          </w:p>
        </w:tc>
        <w:tc>
          <w:tcPr>
            <w:tcW w:w="766" w:type="dxa"/>
          </w:tcPr>
          <w:p w14:paraId="6C771DA0" w14:textId="77777777" w:rsidR="003843A1" w:rsidRPr="00FC5F01" w:rsidRDefault="003843A1" w:rsidP="003843A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Style w:val="oypena"/>
                <w:rFonts w:ascii="Times New Roman" w:hAnsi="Times New Roman" w:cs="Times New Roman"/>
                <w:b/>
                <w:bCs/>
                <w:color w:val="000000"/>
              </w:rPr>
              <w:t>ГЗР-2</w:t>
            </w:r>
            <w:r w:rsidRPr="00BA1075">
              <w:rPr>
                <w:rStyle w:val="oypena"/>
                <w:rFonts w:ascii="Times New Roman" w:hAnsi="Times New Roman" w:cs="Times New Roman"/>
                <w:b/>
                <w:bCs/>
                <w:color w:val="000000"/>
              </w:rPr>
              <w:t>; ГЗР-3</w:t>
            </w:r>
          </w:p>
        </w:tc>
        <w:tc>
          <w:tcPr>
            <w:tcW w:w="3733" w:type="dxa"/>
          </w:tcPr>
          <w:p w14:paraId="30B87458" w14:textId="77777777" w:rsidR="003843A1" w:rsidRPr="00325EA3" w:rsidRDefault="003843A1" w:rsidP="003843A1">
            <w:pPr>
              <w:pStyle w:val="ae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25EA3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Ставить обґрунтовані/доречні запитання до змісту здобутої інформації</w:t>
            </w: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 xml:space="preserve"> </w:t>
            </w:r>
            <w:r w:rsidRPr="00325EA3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[9 ГІО 3.2.1-2]</w:t>
            </w:r>
            <w:r w:rsidRPr="00325EA3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 xml:space="preserve"> </w:t>
            </w:r>
          </w:p>
          <w:p w14:paraId="2F541921" w14:textId="77777777" w:rsidR="003843A1" w:rsidRPr="00325EA3" w:rsidRDefault="003843A1" w:rsidP="003843A1">
            <w:pPr>
              <w:pStyle w:val="ae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25EA3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 xml:space="preserve">Застосовує критерії для визначення достовірності й повноти інформації, розпізнає тенденційну інформацію </w:t>
            </w:r>
            <w:r w:rsidRPr="00325EA3">
              <w:rPr>
                <w:rFonts w:ascii="Times New Roman" w:hAnsi="Times New Roman" w:cs="Times New Roman"/>
                <w:sz w:val="24"/>
                <w:szCs w:val="28"/>
              </w:rPr>
              <w:t>[9 ГІО 3.3.1-1]</w:t>
            </w:r>
          </w:p>
          <w:p w14:paraId="4854D391" w14:textId="77777777" w:rsidR="003843A1" w:rsidRPr="00325EA3" w:rsidRDefault="003843A1" w:rsidP="003843A1">
            <w:pPr>
              <w:pStyle w:val="ae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25EA3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Розпізнає способи маніпулювання інформацією та ознаки пропаганди, тенденційну інформацію, виявляє факти маніпулювання масовою інформацією в текстових і візуальних джерелах в умовах інформаційної війни</w:t>
            </w: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 xml:space="preserve"> </w:t>
            </w:r>
            <w:r w:rsidRPr="00325EA3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[9 ГІО 3.3.3]</w:t>
            </w:r>
          </w:p>
        </w:tc>
        <w:tc>
          <w:tcPr>
            <w:tcW w:w="2661" w:type="dxa"/>
          </w:tcPr>
          <w:p w14:paraId="79452D93" w14:textId="77777777" w:rsidR="003843A1" w:rsidRPr="00BA1075" w:rsidRDefault="003843A1" w:rsidP="003843A1">
            <w:pPr>
              <w:numPr>
                <w:ilvl w:val="0"/>
                <w:numId w:val="19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A1075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вільне володіння державною мовою;</w:t>
            </w:r>
          </w:p>
          <w:p w14:paraId="6DF260AD" w14:textId="77777777" w:rsidR="003843A1" w:rsidRPr="00D94C4E" w:rsidRDefault="003843A1" w:rsidP="003843A1">
            <w:pPr>
              <w:numPr>
                <w:ilvl w:val="0"/>
                <w:numId w:val="19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A1075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зда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тність спілкування рідною мовою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uk-UA" w:eastAsia="ru-RU"/>
              </w:rPr>
              <w:t>;</w:t>
            </w:r>
          </w:p>
          <w:p w14:paraId="0673CBDB" w14:textId="77777777" w:rsidR="003843A1" w:rsidRPr="00D94C4E" w:rsidRDefault="003843A1" w:rsidP="003843A1">
            <w:pPr>
              <w:numPr>
                <w:ilvl w:val="0"/>
                <w:numId w:val="19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uk-UA" w:eastAsia="ru-RU"/>
              </w:rPr>
              <w:t>і</w:t>
            </w:r>
            <w:r w:rsidRPr="00D94C4E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нноваційність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uk-UA" w:eastAsia="ru-RU"/>
              </w:rPr>
              <w:t>;</w:t>
            </w:r>
          </w:p>
          <w:p w14:paraId="23603F8A" w14:textId="77777777" w:rsidR="003843A1" w:rsidRPr="00D94C4E" w:rsidRDefault="003843A1" w:rsidP="003843A1">
            <w:pPr>
              <w:numPr>
                <w:ilvl w:val="0"/>
                <w:numId w:val="19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і</w:t>
            </w:r>
            <w:r w:rsidRPr="00D94C4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нформаційно</w:t>
            </w:r>
            <w:r>
              <w:rPr>
                <w:rFonts w:ascii="Times New Roman" w:eastAsia="Times New Roman" w:hAnsi="Times New Roman" w:cs="Times New Roman"/>
                <w:szCs w:val="24"/>
                <w:lang w:val="uk-UA" w:eastAsia="ru-RU"/>
              </w:rPr>
              <w:t>-</w:t>
            </w:r>
            <w:r w:rsidRPr="00D94C4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комунікаційна компетентність</w:t>
            </w:r>
            <w:r>
              <w:rPr>
                <w:rFonts w:ascii="Times New Roman" w:eastAsia="Times New Roman" w:hAnsi="Times New Roman" w:cs="Times New Roman"/>
                <w:szCs w:val="24"/>
                <w:lang w:val="uk-UA" w:eastAsia="ru-RU"/>
              </w:rPr>
              <w:t>;</w:t>
            </w:r>
          </w:p>
          <w:p w14:paraId="3E7266B4" w14:textId="77777777" w:rsidR="003843A1" w:rsidRPr="00C120D2" w:rsidRDefault="003843A1" w:rsidP="003843A1">
            <w:pPr>
              <w:numPr>
                <w:ilvl w:val="0"/>
                <w:numId w:val="19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</w:t>
            </w:r>
            <w:r w:rsidRPr="00D94C4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авчання впродовж життя</w:t>
            </w:r>
            <w:r>
              <w:rPr>
                <w:rFonts w:ascii="Times New Roman" w:eastAsia="Times New Roman" w:hAnsi="Times New Roman" w:cs="Times New Roman"/>
                <w:szCs w:val="24"/>
                <w:lang w:val="uk-UA" w:eastAsia="ru-RU"/>
              </w:rPr>
              <w:t>;</w:t>
            </w:r>
          </w:p>
          <w:p w14:paraId="45DACB80" w14:textId="77777777" w:rsidR="003843A1" w:rsidRDefault="003843A1" w:rsidP="003843A1">
            <w:pPr>
              <w:numPr>
                <w:ilvl w:val="0"/>
                <w:numId w:val="19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Cs w:val="24"/>
                <w:lang w:val="ru-RU" w:eastAsia="ru-RU"/>
              </w:rPr>
            </w:pPr>
            <w:r w:rsidRPr="000D07B6">
              <w:rPr>
                <w:rFonts w:ascii="Times New Roman" w:eastAsia="Times New Roman" w:hAnsi="Times New Roman" w:cs="Times New Roman"/>
                <w:szCs w:val="24"/>
                <w:lang w:val="ru-RU" w:eastAsia="ru-RU"/>
              </w:rPr>
              <w:t>громадянські та соціальні компетентності</w:t>
            </w:r>
            <w:r>
              <w:rPr>
                <w:rFonts w:ascii="Times New Roman" w:eastAsia="Times New Roman" w:hAnsi="Times New Roman" w:cs="Times New Roman"/>
                <w:szCs w:val="24"/>
                <w:lang w:val="uk-UA" w:eastAsia="ru-RU"/>
              </w:rPr>
              <w:t>;</w:t>
            </w:r>
          </w:p>
          <w:p w14:paraId="75BDCB9B" w14:textId="77777777" w:rsidR="003843A1" w:rsidRPr="00325EA3" w:rsidRDefault="003843A1" w:rsidP="003843A1">
            <w:pPr>
              <w:numPr>
                <w:ilvl w:val="0"/>
                <w:numId w:val="19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Cs w:val="24"/>
                <w:lang w:val="ru-RU" w:eastAsia="ru-RU"/>
              </w:rPr>
            </w:pPr>
            <w:r w:rsidRPr="00325EA3">
              <w:rPr>
                <w:rFonts w:ascii="Times New Roman" w:eastAsia="Times New Roman" w:hAnsi="Times New Roman" w:cs="Times New Roman"/>
                <w:szCs w:val="24"/>
                <w:lang w:val="ru-RU" w:eastAsia="ru-RU"/>
              </w:rPr>
              <w:t>культурна компетентність</w:t>
            </w:r>
          </w:p>
        </w:tc>
        <w:tc>
          <w:tcPr>
            <w:tcW w:w="1545" w:type="dxa"/>
          </w:tcPr>
          <w:p w14:paraId="0D38FEE9" w14:textId="77777777" w:rsidR="003843A1" w:rsidRPr="00FC5F01" w:rsidRDefault="003843A1" w:rsidP="003843A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843A1" w:rsidRPr="000E5A72" w14:paraId="55ADE78B" w14:textId="77777777" w:rsidTr="003843A1">
        <w:trPr>
          <w:gridAfter w:val="2"/>
          <w:wAfter w:w="25" w:type="dxa"/>
        </w:trPr>
        <w:tc>
          <w:tcPr>
            <w:tcW w:w="499" w:type="dxa"/>
          </w:tcPr>
          <w:p w14:paraId="0353D3BB" w14:textId="77777777" w:rsidR="003843A1" w:rsidRPr="00FC5F01" w:rsidRDefault="003843A1" w:rsidP="003843A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</w:t>
            </w:r>
          </w:p>
        </w:tc>
        <w:tc>
          <w:tcPr>
            <w:tcW w:w="1369" w:type="dxa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1EE6BA6" w14:textId="3D408DD7" w:rsidR="003843A1" w:rsidRPr="00FC5F01" w:rsidRDefault="003843A1" w:rsidP="003843A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Roboto" w:hAnsi="Roboto"/>
                <w:color w:val="212529"/>
              </w:rPr>
              <w:t>19.12.2025</w:t>
            </w:r>
          </w:p>
        </w:tc>
        <w:tc>
          <w:tcPr>
            <w:tcW w:w="2314" w:type="dxa"/>
          </w:tcPr>
          <w:p w14:paraId="72A49A6B" w14:textId="77777777" w:rsidR="003843A1" w:rsidRPr="009D5B3A" w:rsidRDefault="003843A1" w:rsidP="003843A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D5B3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Приватність і безпека у віртуальному</w:t>
            </w:r>
          </w:p>
          <w:p w14:paraId="2FC4E6EB" w14:textId="77777777" w:rsidR="003843A1" w:rsidRPr="00FC5F01" w:rsidRDefault="003843A1" w:rsidP="003843A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D5B3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світі</w:t>
            </w:r>
          </w:p>
        </w:tc>
        <w:tc>
          <w:tcPr>
            <w:tcW w:w="766" w:type="dxa"/>
          </w:tcPr>
          <w:p w14:paraId="2FDB9C84" w14:textId="77777777" w:rsidR="003843A1" w:rsidRPr="00FC5F01" w:rsidRDefault="003843A1" w:rsidP="003843A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Style w:val="oypena"/>
                <w:rFonts w:ascii="Times New Roman" w:hAnsi="Times New Roman" w:cs="Times New Roman"/>
                <w:b/>
                <w:bCs/>
                <w:color w:val="000000"/>
              </w:rPr>
              <w:t>ГЗР-1</w:t>
            </w:r>
            <w:r w:rsidRPr="00BA1075">
              <w:rPr>
                <w:rStyle w:val="oypena"/>
                <w:rFonts w:ascii="Times New Roman" w:hAnsi="Times New Roman" w:cs="Times New Roman"/>
                <w:b/>
                <w:bCs/>
                <w:color w:val="000000"/>
              </w:rPr>
              <w:t>; ГЗР-3</w:t>
            </w:r>
          </w:p>
        </w:tc>
        <w:tc>
          <w:tcPr>
            <w:tcW w:w="3733" w:type="dxa"/>
          </w:tcPr>
          <w:p w14:paraId="171030F3" w14:textId="77777777" w:rsidR="003843A1" w:rsidRPr="00325EA3" w:rsidRDefault="003843A1" w:rsidP="003843A1">
            <w:pPr>
              <w:pStyle w:val="ae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25EA3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 xml:space="preserve">Виявляє ознаки булінгу, насилля, зокрема в цифровому середовищі, знає способи протидії насиллю і цькуванню, інтернет ресурси для повідомлення про виявлені випадки </w:t>
            </w:r>
            <w:r w:rsidRPr="001A37E5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[9 ГІО 5.3.2]</w:t>
            </w:r>
          </w:p>
          <w:p w14:paraId="63328835" w14:textId="77777777" w:rsidR="003843A1" w:rsidRPr="00325EA3" w:rsidRDefault="003843A1" w:rsidP="003843A1">
            <w:pPr>
              <w:pStyle w:val="ae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25EA3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lastRenderedPageBreak/>
              <w:t xml:space="preserve">Створює власний інтелектуальний продукт, дотримуючись засад академічної доброчесності </w:t>
            </w:r>
            <w:r w:rsidRPr="00325EA3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[9 ГІО 3.2.2-3]</w:t>
            </w:r>
          </w:p>
          <w:p w14:paraId="24A0405B" w14:textId="77777777" w:rsidR="003843A1" w:rsidRPr="00325EA3" w:rsidRDefault="003843A1" w:rsidP="003843A1">
            <w:pPr>
              <w:pStyle w:val="ae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25EA3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Висловлює власні судження з теми, аргументує їх за допомогою історичних фактів, наявних досліджень, доступних джерел та з урахуванням гуманістичних цінностей</w:t>
            </w: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 xml:space="preserve"> </w:t>
            </w:r>
            <w:r w:rsidRPr="001A37E5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9 ГІО 6.2.1-4]</w:t>
            </w:r>
          </w:p>
        </w:tc>
        <w:tc>
          <w:tcPr>
            <w:tcW w:w="2661" w:type="dxa"/>
          </w:tcPr>
          <w:p w14:paraId="32D1BA80" w14:textId="77777777" w:rsidR="003843A1" w:rsidRPr="00BA1075" w:rsidRDefault="003843A1" w:rsidP="003843A1">
            <w:pPr>
              <w:numPr>
                <w:ilvl w:val="0"/>
                <w:numId w:val="19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A1075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lastRenderedPageBreak/>
              <w:t>вільне володіння державною мовою;</w:t>
            </w:r>
          </w:p>
          <w:p w14:paraId="32EC995E" w14:textId="77777777" w:rsidR="003843A1" w:rsidRPr="00D94C4E" w:rsidRDefault="003843A1" w:rsidP="003843A1">
            <w:pPr>
              <w:numPr>
                <w:ilvl w:val="0"/>
                <w:numId w:val="19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A1075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зда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тність спілкування рідною мовою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uk-UA" w:eastAsia="ru-RU"/>
              </w:rPr>
              <w:t>;</w:t>
            </w:r>
          </w:p>
          <w:p w14:paraId="39C46EF6" w14:textId="77777777" w:rsidR="003843A1" w:rsidRPr="00D94C4E" w:rsidRDefault="003843A1" w:rsidP="003843A1">
            <w:pPr>
              <w:numPr>
                <w:ilvl w:val="0"/>
                <w:numId w:val="19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uk-UA" w:eastAsia="ru-RU"/>
              </w:rPr>
              <w:t>і</w:t>
            </w:r>
            <w:r w:rsidRPr="00D94C4E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нноваційність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uk-UA" w:eastAsia="ru-RU"/>
              </w:rPr>
              <w:t>;</w:t>
            </w:r>
          </w:p>
          <w:p w14:paraId="3FE1959B" w14:textId="77777777" w:rsidR="003843A1" w:rsidRPr="00D94C4E" w:rsidRDefault="003843A1" w:rsidP="003843A1">
            <w:pPr>
              <w:numPr>
                <w:ilvl w:val="0"/>
                <w:numId w:val="19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і</w:t>
            </w:r>
            <w:r w:rsidRPr="00D94C4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нформаційно</w:t>
            </w:r>
            <w:r>
              <w:rPr>
                <w:rFonts w:ascii="Times New Roman" w:eastAsia="Times New Roman" w:hAnsi="Times New Roman" w:cs="Times New Roman"/>
                <w:szCs w:val="24"/>
                <w:lang w:val="uk-UA" w:eastAsia="ru-RU"/>
              </w:rPr>
              <w:t>-</w:t>
            </w:r>
            <w:r w:rsidRPr="00D94C4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комунікаційна компетентність</w:t>
            </w:r>
            <w:r>
              <w:rPr>
                <w:rFonts w:ascii="Times New Roman" w:eastAsia="Times New Roman" w:hAnsi="Times New Roman" w:cs="Times New Roman"/>
                <w:szCs w:val="24"/>
                <w:lang w:val="uk-UA" w:eastAsia="ru-RU"/>
              </w:rPr>
              <w:t>;</w:t>
            </w:r>
          </w:p>
          <w:p w14:paraId="4C3524AA" w14:textId="77777777" w:rsidR="003843A1" w:rsidRPr="00C120D2" w:rsidRDefault="003843A1" w:rsidP="003843A1">
            <w:pPr>
              <w:numPr>
                <w:ilvl w:val="0"/>
                <w:numId w:val="19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lastRenderedPageBreak/>
              <w:t>н</w:t>
            </w:r>
            <w:r w:rsidRPr="00D94C4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авчання впродовж життя</w:t>
            </w:r>
            <w:r>
              <w:rPr>
                <w:rFonts w:ascii="Times New Roman" w:eastAsia="Times New Roman" w:hAnsi="Times New Roman" w:cs="Times New Roman"/>
                <w:szCs w:val="24"/>
                <w:lang w:val="uk-UA" w:eastAsia="ru-RU"/>
              </w:rPr>
              <w:t>;</w:t>
            </w:r>
          </w:p>
          <w:p w14:paraId="2DCC60EE" w14:textId="77777777" w:rsidR="003843A1" w:rsidRDefault="003843A1" w:rsidP="003843A1">
            <w:pPr>
              <w:numPr>
                <w:ilvl w:val="0"/>
                <w:numId w:val="19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Cs w:val="24"/>
                <w:lang w:val="ru-RU" w:eastAsia="ru-RU"/>
              </w:rPr>
            </w:pPr>
            <w:r w:rsidRPr="000D07B6">
              <w:rPr>
                <w:rFonts w:ascii="Times New Roman" w:eastAsia="Times New Roman" w:hAnsi="Times New Roman" w:cs="Times New Roman"/>
                <w:szCs w:val="24"/>
                <w:lang w:val="ru-RU" w:eastAsia="ru-RU"/>
              </w:rPr>
              <w:t>громадянські та соціальні компетентності</w:t>
            </w:r>
            <w:r>
              <w:rPr>
                <w:rFonts w:ascii="Times New Roman" w:eastAsia="Times New Roman" w:hAnsi="Times New Roman" w:cs="Times New Roman"/>
                <w:szCs w:val="24"/>
                <w:lang w:val="uk-UA" w:eastAsia="ru-RU"/>
              </w:rPr>
              <w:t>;</w:t>
            </w:r>
          </w:p>
          <w:p w14:paraId="14AF55C4" w14:textId="77777777" w:rsidR="003843A1" w:rsidRPr="00325EA3" w:rsidRDefault="003843A1" w:rsidP="003843A1">
            <w:pPr>
              <w:numPr>
                <w:ilvl w:val="0"/>
                <w:numId w:val="19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Cs w:val="24"/>
                <w:lang w:val="ru-RU" w:eastAsia="ru-RU"/>
              </w:rPr>
            </w:pPr>
            <w:r w:rsidRPr="00325EA3">
              <w:rPr>
                <w:rFonts w:ascii="Times New Roman" w:eastAsia="Times New Roman" w:hAnsi="Times New Roman" w:cs="Times New Roman"/>
                <w:szCs w:val="24"/>
                <w:lang w:val="ru-RU" w:eastAsia="ru-RU"/>
              </w:rPr>
              <w:t>культурна компетентність</w:t>
            </w:r>
          </w:p>
        </w:tc>
        <w:tc>
          <w:tcPr>
            <w:tcW w:w="1545" w:type="dxa"/>
          </w:tcPr>
          <w:p w14:paraId="257A08BC" w14:textId="77777777" w:rsidR="003843A1" w:rsidRPr="00FC5F01" w:rsidRDefault="003843A1" w:rsidP="003843A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843A1" w:rsidRPr="009D5B3A" w14:paraId="2D3BA871" w14:textId="35A03207" w:rsidTr="003843A1">
        <w:trPr>
          <w:gridAfter w:val="1"/>
          <w:wAfter w:w="11" w:type="dxa"/>
        </w:trPr>
        <w:tc>
          <w:tcPr>
            <w:tcW w:w="499" w:type="dxa"/>
          </w:tcPr>
          <w:p w14:paraId="0B9891C5" w14:textId="77777777" w:rsidR="003843A1" w:rsidRPr="00FC5F01" w:rsidRDefault="003843A1" w:rsidP="003843A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</w:t>
            </w:r>
          </w:p>
        </w:tc>
        <w:tc>
          <w:tcPr>
            <w:tcW w:w="1369" w:type="dxa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71CF6F9" w14:textId="708E4F10" w:rsidR="003843A1" w:rsidRPr="00FC5F01" w:rsidRDefault="003843A1" w:rsidP="003843A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Roboto" w:hAnsi="Roboto"/>
                <w:color w:val="212529"/>
              </w:rPr>
              <w:t>26.12.2025</w:t>
            </w:r>
          </w:p>
        </w:tc>
        <w:tc>
          <w:tcPr>
            <w:tcW w:w="11033" w:type="dxa"/>
            <w:gridSpan w:val="6"/>
          </w:tcPr>
          <w:p w14:paraId="5DAC1480" w14:textId="43EF89F3" w:rsidR="003843A1" w:rsidRPr="00FC5F01" w:rsidRDefault="003843A1" w:rsidP="003843A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Узагальнення. Діагностувальна №2</w:t>
            </w:r>
          </w:p>
        </w:tc>
      </w:tr>
      <w:tr w:rsidR="003843A1" w:rsidRPr="00B57B0B" w14:paraId="2858AC13" w14:textId="2B4F8A50" w:rsidTr="003843A1">
        <w:tc>
          <w:tcPr>
            <w:tcW w:w="499" w:type="dxa"/>
          </w:tcPr>
          <w:p w14:paraId="64B9C5CC" w14:textId="77777777" w:rsidR="003843A1" w:rsidRPr="00FC5F01" w:rsidRDefault="003843A1" w:rsidP="003843A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</w:t>
            </w:r>
          </w:p>
        </w:tc>
        <w:tc>
          <w:tcPr>
            <w:tcW w:w="1038" w:type="dxa"/>
          </w:tcPr>
          <w:p w14:paraId="45E61FA4" w14:textId="21C2ABBE" w:rsidR="003843A1" w:rsidRPr="00FC5F01" w:rsidRDefault="003843A1" w:rsidP="003843A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75" w:type="dxa"/>
            <w:gridSpan w:val="8"/>
          </w:tcPr>
          <w:p w14:paraId="2579EA38" w14:textId="4443528B" w:rsidR="003843A1" w:rsidRPr="00FC5F01" w:rsidRDefault="003843A1" w:rsidP="003843A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Захист учнівських проєктів /Підсумкова діагностувальна</w:t>
            </w:r>
          </w:p>
        </w:tc>
      </w:tr>
    </w:tbl>
    <w:p w14:paraId="6CCE120B" w14:textId="77777777" w:rsidR="00D434BE" w:rsidRPr="009D5B3A" w:rsidRDefault="00D434BE">
      <w:pPr>
        <w:rPr>
          <w:rFonts w:ascii="Times New Roman" w:hAnsi="Times New Roman" w:cs="Times New Roman"/>
          <w:lang w:val="ru-RU"/>
        </w:rPr>
      </w:pPr>
    </w:p>
    <w:sectPr w:rsidR="00D434BE" w:rsidRPr="009D5B3A" w:rsidSect="00034616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8611070"/>
    <w:multiLevelType w:val="hybridMultilevel"/>
    <w:tmpl w:val="8B28F13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3AA0D8A"/>
    <w:multiLevelType w:val="multilevel"/>
    <w:tmpl w:val="544C7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CD9445A"/>
    <w:multiLevelType w:val="multilevel"/>
    <w:tmpl w:val="544C7F4A"/>
    <w:lvl w:ilvl="0">
      <w:start w:val="1"/>
      <w:numFmt w:val="bullet"/>
      <w:lvlText w:val=""/>
      <w:lvlJc w:val="left"/>
      <w:pPr>
        <w:tabs>
          <w:tab w:val="num" w:pos="785"/>
        </w:tabs>
        <w:ind w:left="785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505"/>
        </w:tabs>
        <w:ind w:left="1505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225"/>
        </w:tabs>
        <w:ind w:left="2225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945"/>
        </w:tabs>
        <w:ind w:left="2945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65"/>
        </w:tabs>
        <w:ind w:left="3665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85"/>
        </w:tabs>
        <w:ind w:left="4385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105"/>
        </w:tabs>
        <w:ind w:left="5105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825"/>
        </w:tabs>
        <w:ind w:left="5825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545"/>
        </w:tabs>
        <w:ind w:left="6545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FBB5C2B"/>
    <w:multiLevelType w:val="hybridMultilevel"/>
    <w:tmpl w:val="4CF001F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3025CA"/>
    <w:multiLevelType w:val="multilevel"/>
    <w:tmpl w:val="544C7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D6448CE"/>
    <w:multiLevelType w:val="multilevel"/>
    <w:tmpl w:val="817E3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90F337C"/>
    <w:multiLevelType w:val="hybridMultilevel"/>
    <w:tmpl w:val="A06260D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C1C3277"/>
    <w:multiLevelType w:val="multilevel"/>
    <w:tmpl w:val="5622D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0E3723F"/>
    <w:multiLevelType w:val="hybridMultilevel"/>
    <w:tmpl w:val="4D9A79F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83A1B02"/>
    <w:multiLevelType w:val="hybridMultilevel"/>
    <w:tmpl w:val="A0C0856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B4C73D4"/>
    <w:multiLevelType w:val="hybridMultilevel"/>
    <w:tmpl w:val="BD8657C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026678">
    <w:abstractNumId w:val="8"/>
  </w:num>
  <w:num w:numId="2" w16cid:durableId="1109858329">
    <w:abstractNumId w:val="6"/>
  </w:num>
  <w:num w:numId="3" w16cid:durableId="1215505147">
    <w:abstractNumId w:val="5"/>
  </w:num>
  <w:num w:numId="4" w16cid:durableId="817188450">
    <w:abstractNumId w:val="4"/>
  </w:num>
  <w:num w:numId="5" w16cid:durableId="1807116888">
    <w:abstractNumId w:val="7"/>
  </w:num>
  <w:num w:numId="6" w16cid:durableId="1356495369">
    <w:abstractNumId w:val="3"/>
  </w:num>
  <w:num w:numId="7" w16cid:durableId="1993823839">
    <w:abstractNumId w:val="2"/>
  </w:num>
  <w:num w:numId="8" w16cid:durableId="56248499">
    <w:abstractNumId w:val="1"/>
  </w:num>
  <w:num w:numId="9" w16cid:durableId="1846818816">
    <w:abstractNumId w:val="0"/>
  </w:num>
  <w:num w:numId="10" w16cid:durableId="367723703">
    <w:abstractNumId w:val="10"/>
  </w:num>
  <w:num w:numId="11" w16cid:durableId="1837454917">
    <w:abstractNumId w:val="14"/>
  </w:num>
  <w:num w:numId="12" w16cid:durableId="480653328">
    <w:abstractNumId w:val="16"/>
  </w:num>
  <w:num w:numId="13" w16cid:durableId="1170558882">
    <w:abstractNumId w:val="11"/>
  </w:num>
  <w:num w:numId="14" w16cid:durableId="1583564445">
    <w:abstractNumId w:val="13"/>
  </w:num>
  <w:num w:numId="15" w16cid:durableId="1790777471">
    <w:abstractNumId w:val="19"/>
  </w:num>
  <w:num w:numId="16" w16cid:durableId="663164944">
    <w:abstractNumId w:val="12"/>
  </w:num>
  <w:num w:numId="17" w16cid:durableId="1723208227">
    <w:abstractNumId w:val="9"/>
  </w:num>
  <w:num w:numId="18" w16cid:durableId="1889686072">
    <w:abstractNumId w:val="18"/>
  </w:num>
  <w:num w:numId="19" w16cid:durableId="999311473">
    <w:abstractNumId w:val="17"/>
  </w:num>
  <w:num w:numId="20" w16cid:durableId="16856397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D07B6"/>
    <w:rsid w:val="000E5A72"/>
    <w:rsid w:val="001216CD"/>
    <w:rsid w:val="0015074B"/>
    <w:rsid w:val="001A37E5"/>
    <w:rsid w:val="00226374"/>
    <w:rsid w:val="0029639D"/>
    <w:rsid w:val="00325EA3"/>
    <w:rsid w:val="00326F90"/>
    <w:rsid w:val="003843A1"/>
    <w:rsid w:val="00386F2B"/>
    <w:rsid w:val="00394531"/>
    <w:rsid w:val="003F3AEA"/>
    <w:rsid w:val="0057098F"/>
    <w:rsid w:val="005F0E74"/>
    <w:rsid w:val="006B0EEE"/>
    <w:rsid w:val="007A6DA5"/>
    <w:rsid w:val="00890E82"/>
    <w:rsid w:val="00986827"/>
    <w:rsid w:val="009D5B3A"/>
    <w:rsid w:val="00AA1D8D"/>
    <w:rsid w:val="00B47730"/>
    <w:rsid w:val="00B57B0B"/>
    <w:rsid w:val="00C120D2"/>
    <w:rsid w:val="00CB0664"/>
    <w:rsid w:val="00D32C3E"/>
    <w:rsid w:val="00D42760"/>
    <w:rsid w:val="00D434BE"/>
    <w:rsid w:val="00D94C4E"/>
    <w:rsid w:val="00DF16B1"/>
    <w:rsid w:val="00E369A5"/>
    <w:rsid w:val="00E65401"/>
    <w:rsid w:val="00ED7E71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A297787"/>
  <w14:defaultImageDpi w14:val="300"/>
  <w15:docId w15:val="{9AA00D9E-542A-4BEB-B4FD-6131E550B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і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і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і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и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и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и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у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Цитата Знак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afa">
    <w:name w:val="Intense Quote"/>
    <w:basedOn w:val="a1"/>
    <w:next w:val="a1"/>
    <w:link w:val="afb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b">
    <w:name w:val="Насичена цитата Знак"/>
    <w:basedOn w:val="a2"/>
    <w:link w:val="afa"/>
    <w:uiPriority w:val="30"/>
    <w:rsid w:val="00FC693F"/>
    <w:rPr>
      <w:b/>
      <w:bCs/>
      <w:i/>
      <w:iCs/>
      <w:color w:val="4F81BD" w:themeColor="accent1"/>
    </w:rPr>
  </w:style>
  <w:style w:type="character" w:styleId="afc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d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e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f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0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1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2">
    <w:name w:val="Table Grid"/>
    <w:basedOn w:val="a3"/>
    <w:uiPriority w:val="3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3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27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37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41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51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61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4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12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8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38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42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52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62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5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13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2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9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43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53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63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4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10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20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30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40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a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10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20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30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40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50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60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7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11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21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31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41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b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11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21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31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41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51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61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8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1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22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32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2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c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1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22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32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42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52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62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a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10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20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30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40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50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60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6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9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2d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3b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4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54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64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7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a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2e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3c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45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5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65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8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b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2f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3d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46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56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6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9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c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2f0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3e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47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57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67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affa">
    <w:name w:val="Hyperlink"/>
    <w:basedOn w:val="a2"/>
    <w:uiPriority w:val="99"/>
    <w:unhideWhenUsed/>
    <w:rsid w:val="00D434BE"/>
    <w:rPr>
      <w:color w:val="0000FF" w:themeColor="hyperlink"/>
      <w:u w:val="single"/>
    </w:rPr>
  </w:style>
  <w:style w:type="character" w:customStyle="1" w:styleId="oypena">
    <w:name w:val="oypena"/>
    <w:basedOn w:val="a2"/>
    <w:rsid w:val="00D434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DE92592-FB16-494C-A038-12C696E28A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14</Pages>
  <Words>1946</Words>
  <Characters>11093</Characters>
  <Application>Microsoft Office Word</Application>
  <DocSecurity>0</DocSecurity>
  <Lines>92</Lines>
  <Paragraphs>26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13013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AdministratoR</cp:lastModifiedBy>
  <cp:revision>7</cp:revision>
  <dcterms:created xsi:type="dcterms:W3CDTF">2025-08-16T13:47:00Z</dcterms:created>
  <dcterms:modified xsi:type="dcterms:W3CDTF">2026-07-25T13:36:00Z</dcterms:modified>
  <cp:category/>
</cp:coreProperties>
</file>