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76358" w14:textId="07FC9A30" w:rsidR="006829EB" w:rsidRPr="0028105E" w:rsidRDefault="0081611C" w:rsidP="0054578E">
      <w:pPr>
        <w:pStyle w:val="Title"/>
        <w:jc w:val="center"/>
        <w:rPr>
          <w:rFonts w:asciiTheme="minorHAnsi" w:hAnsiTheme="minorHAnsi"/>
        </w:rPr>
      </w:pPr>
      <w:r>
        <w:rPr>
          <w:rFonts w:asciiTheme="minorHAnsi" w:hAnsiTheme="minorHAnsi"/>
        </w:rPr>
        <w:t>_____________________________</w:t>
      </w:r>
      <w:r w:rsidR="0054578E" w:rsidRPr="007C40D2">
        <w:rPr>
          <w:rFonts w:asciiTheme="minorHAnsi" w:hAnsiTheme="minorHAnsi"/>
        </w:rPr>
        <w:t xml:space="preserve"> ROAD</w:t>
      </w:r>
      <w:r w:rsidR="0054578E" w:rsidRPr="0028105E">
        <w:rPr>
          <w:rFonts w:asciiTheme="minorHAnsi" w:hAnsiTheme="minorHAnsi"/>
        </w:rPr>
        <w:t xml:space="preserve"> COMMUNITY-BASED ORGANIZATION (CBO) CONSTITUTION</w:t>
      </w:r>
    </w:p>
    <w:p w14:paraId="08DAFA98" w14:textId="77777777" w:rsidR="006829EB" w:rsidRPr="0028105E" w:rsidRDefault="00872EBF">
      <w:pPr>
        <w:pStyle w:val="Heading1"/>
        <w:rPr>
          <w:rFonts w:asciiTheme="minorHAnsi" w:hAnsiTheme="minorHAnsi"/>
        </w:rPr>
      </w:pPr>
      <w:r w:rsidRPr="0028105E">
        <w:rPr>
          <w:rFonts w:asciiTheme="minorHAnsi" w:hAnsiTheme="minorHAnsi"/>
        </w:rPr>
        <w:t>Preamble</w:t>
      </w:r>
    </w:p>
    <w:p w14:paraId="53CC419B" w14:textId="4CA9C4B0" w:rsidR="006829EB" w:rsidRPr="0028105E" w:rsidRDefault="00872EBF">
      <w:r w:rsidRPr="0028105E">
        <w:t xml:space="preserve">We, the members </w:t>
      </w:r>
      <w:r w:rsidRPr="007C40D2">
        <w:t xml:space="preserve">of </w:t>
      </w:r>
      <w:r w:rsidR="0081611C">
        <w:t>___________________________________________</w:t>
      </w:r>
      <w:r w:rsidRPr="0028105E">
        <w:t xml:space="preserve"> Community Based Organization (CBO), united by a shared commitment to community empowerment, social development, and sustainable transformation, hereby adopt this Constitution as the supreme guiding framework for the governance, management, and operations of the Organization. This Constitution outlines our principles, structures, processes, and obligations to ensure accountability, integrity, and effective service delivery to the community.</w:t>
      </w:r>
    </w:p>
    <w:p w14:paraId="5DFDAD7A" w14:textId="77777777" w:rsidR="006829EB" w:rsidRPr="0028105E" w:rsidRDefault="00872EBF">
      <w:pPr>
        <w:pStyle w:val="Heading1"/>
        <w:rPr>
          <w:rFonts w:asciiTheme="minorHAnsi" w:hAnsiTheme="minorHAnsi"/>
        </w:rPr>
      </w:pPr>
      <w:r w:rsidRPr="0028105E">
        <w:rPr>
          <w:rFonts w:asciiTheme="minorHAnsi" w:hAnsiTheme="minorHAnsi"/>
        </w:rPr>
        <w:t>Article 1: Name, Area of Operation &amp; Headquarters</w:t>
      </w:r>
    </w:p>
    <w:p w14:paraId="67F4F6D0" w14:textId="77777777" w:rsidR="006829EB" w:rsidRPr="0028105E" w:rsidRDefault="00872EBF">
      <w:r w:rsidRPr="0028105E">
        <w:t>1.1 Name of the Organization:</w:t>
      </w:r>
    </w:p>
    <w:p w14:paraId="3BAD6D11" w14:textId="08C18F49" w:rsidR="006829EB" w:rsidRPr="0028105E" w:rsidRDefault="00872EBF">
      <w:r w:rsidRPr="007C40D2">
        <w:t xml:space="preserve">The name of the organization shall be </w:t>
      </w:r>
      <w:r w:rsidR="0081611C">
        <w:t>__________________________________________________</w:t>
      </w:r>
      <w:r w:rsidR="00CB1356" w:rsidRPr="007C40D2">
        <w:t xml:space="preserve"> </w:t>
      </w:r>
      <w:r w:rsidRPr="007C40D2">
        <w:t>Community Based Organization (CBO), hereinafter referred to as ‘the Organization.’</w:t>
      </w:r>
    </w:p>
    <w:p w14:paraId="073E0769" w14:textId="77777777" w:rsidR="006829EB" w:rsidRPr="0028105E" w:rsidRDefault="006829EB"/>
    <w:p w14:paraId="71AEFFA3" w14:textId="77777777" w:rsidR="006829EB" w:rsidRPr="0028105E" w:rsidRDefault="00872EBF">
      <w:pPr>
        <w:rPr>
          <w:b/>
          <w:bCs/>
        </w:rPr>
      </w:pPr>
      <w:r w:rsidRPr="0028105E">
        <w:rPr>
          <w:b/>
          <w:bCs/>
        </w:rPr>
        <w:t>1.2 Area of Operation:</w:t>
      </w:r>
    </w:p>
    <w:p w14:paraId="3B4D6D77" w14:textId="356C3F25" w:rsidR="006829EB" w:rsidRPr="0028105E" w:rsidRDefault="00872EBF">
      <w:r w:rsidRPr="0028105E">
        <w:t xml:space="preserve">The Organization shall operate within </w:t>
      </w:r>
      <w:r w:rsidR="0081611C">
        <w:t>_____________________</w:t>
      </w:r>
      <w:r w:rsidRPr="0028105E">
        <w:t xml:space="preserve"> </w:t>
      </w:r>
      <w:r w:rsidRPr="007C40D2">
        <w:t>County/</w:t>
      </w:r>
      <w:r w:rsidR="00CB1356" w:rsidRPr="007C40D2">
        <w:t xml:space="preserve"> </w:t>
      </w:r>
      <w:r w:rsidR="0081611C">
        <w:t>______________________</w:t>
      </w:r>
      <w:r w:rsidR="00CB1356" w:rsidRPr="007C40D2">
        <w:t xml:space="preserve"> </w:t>
      </w:r>
      <w:r w:rsidRPr="007C40D2">
        <w:t>Sub-county/</w:t>
      </w:r>
      <w:r w:rsidR="0081611C">
        <w:t xml:space="preserve"> ___________________________ </w:t>
      </w:r>
      <w:r w:rsidRPr="007C40D2">
        <w:t>Ward.</w:t>
      </w:r>
    </w:p>
    <w:p w14:paraId="49889123" w14:textId="77777777" w:rsidR="006829EB" w:rsidRPr="0028105E" w:rsidRDefault="00872EBF">
      <w:pPr>
        <w:pStyle w:val="Heading1"/>
        <w:rPr>
          <w:rFonts w:asciiTheme="minorHAnsi" w:hAnsiTheme="minorHAnsi"/>
        </w:rPr>
      </w:pPr>
      <w:r w:rsidRPr="0028105E">
        <w:rPr>
          <w:rFonts w:asciiTheme="minorHAnsi" w:hAnsiTheme="minorHAnsi"/>
        </w:rPr>
        <w:t>Article 2: Vision, Mission &amp; Objectives</w:t>
      </w:r>
    </w:p>
    <w:p w14:paraId="1734D37E" w14:textId="77777777" w:rsidR="006829EB" w:rsidRPr="0028105E" w:rsidRDefault="00872EBF">
      <w:pPr>
        <w:rPr>
          <w:b/>
          <w:bCs/>
        </w:rPr>
      </w:pPr>
      <w:r w:rsidRPr="0028105E">
        <w:rPr>
          <w:b/>
          <w:bCs/>
        </w:rPr>
        <w:t>2.1 Vision:</w:t>
      </w:r>
    </w:p>
    <w:p w14:paraId="0C3744DA" w14:textId="65783FE8" w:rsidR="009B5D5C" w:rsidRPr="0028105E" w:rsidRDefault="00872EBF">
      <w:r w:rsidRPr="0028105E">
        <w:t xml:space="preserve">To </w:t>
      </w:r>
      <w:r w:rsidR="009B5D5C" w:rsidRPr="0028105E">
        <w:t>advocate for a cohesive,</w:t>
      </w:r>
      <w:r w:rsidRPr="0028105E">
        <w:t xml:space="preserve"> empowered, resilient, and thriving community with equitable access to</w:t>
      </w:r>
      <w:r w:rsidR="009B5D5C" w:rsidRPr="0028105E">
        <w:t xml:space="preserve"> community services,</w:t>
      </w:r>
      <w:r w:rsidRPr="0028105E">
        <w:t xml:space="preserve"> opportunities and improved quality of life.</w:t>
      </w:r>
    </w:p>
    <w:p w14:paraId="66084D16" w14:textId="77777777" w:rsidR="006829EB" w:rsidRPr="0028105E" w:rsidRDefault="00872EBF">
      <w:pPr>
        <w:rPr>
          <w:b/>
          <w:bCs/>
        </w:rPr>
      </w:pPr>
      <w:r w:rsidRPr="0028105E">
        <w:rPr>
          <w:b/>
          <w:bCs/>
        </w:rPr>
        <w:t>2.2 Mission:</w:t>
      </w:r>
    </w:p>
    <w:p w14:paraId="091BBE11" w14:textId="3F590735" w:rsidR="006829EB" w:rsidRPr="0028105E" w:rsidRDefault="00872EBF">
      <w:r w:rsidRPr="0028105E">
        <w:t>To promote holistic community development through socio-economic empowerment, environmental stewardship, capacity-building, and inclusive participation of all community members.</w:t>
      </w:r>
    </w:p>
    <w:p w14:paraId="001A4FCD" w14:textId="77777777" w:rsidR="0054578E" w:rsidRPr="0028105E" w:rsidRDefault="0054578E"/>
    <w:p w14:paraId="5B3EFFB2" w14:textId="77777777" w:rsidR="0054578E" w:rsidRPr="0028105E" w:rsidRDefault="0054578E"/>
    <w:p w14:paraId="08574FD8" w14:textId="77777777" w:rsidR="006829EB" w:rsidRPr="0028105E" w:rsidRDefault="00872EBF">
      <w:pPr>
        <w:rPr>
          <w:b/>
          <w:bCs/>
        </w:rPr>
      </w:pPr>
      <w:r w:rsidRPr="0028105E">
        <w:rPr>
          <w:b/>
          <w:bCs/>
        </w:rPr>
        <w:lastRenderedPageBreak/>
        <w:t>2.3 Core Objectives:</w:t>
      </w:r>
    </w:p>
    <w:p w14:paraId="189ED7C1" w14:textId="37CBE8A6" w:rsidR="006829EB" w:rsidRPr="0028105E" w:rsidRDefault="00872EBF" w:rsidP="009B5D5C">
      <w:pPr>
        <w:pStyle w:val="ListParagraph"/>
        <w:numPr>
          <w:ilvl w:val="0"/>
          <w:numId w:val="10"/>
        </w:numPr>
      </w:pPr>
      <w:r w:rsidRPr="0028105E">
        <w:t>Promote livelihood enhancement through income-generating activities, vocational training, and entrepreneurship support.</w:t>
      </w:r>
    </w:p>
    <w:p w14:paraId="20C7C921" w14:textId="742BFCA3" w:rsidR="006829EB" w:rsidRPr="0028105E" w:rsidRDefault="009B5D5C" w:rsidP="009B5D5C">
      <w:pPr>
        <w:pStyle w:val="ListParagraph"/>
        <w:numPr>
          <w:ilvl w:val="0"/>
          <w:numId w:val="10"/>
        </w:numPr>
      </w:pPr>
      <w:r w:rsidRPr="0028105E">
        <w:t>Strengthening education programs through mentorship, scholarships, and youth empowerment initiatives.</w:t>
      </w:r>
    </w:p>
    <w:p w14:paraId="2B7BAB71" w14:textId="4DD1E275" w:rsidR="006829EB" w:rsidRPr="0028105E" w:rsidRDefault="00872EBF" w:rsidP="009B5D5C">
      <w:pPr>
        <w:pStyle w:val="ListParagraph"/>
        <w:numPr>
          <w:ilvl w:val="0"/>
          <w:numId w:val="10"/>
        </w:numPr>
      </w:pPr>
      <w:r w:rsidRPr="0028105E">
        <w:t>Implement community health and wellness programs including awareness campaigns, preventive health initiatives, and mental health support.</w:t>
      </w:r>
    </w:p>
    <w:p w14:paraId="426CC739" w14:textId="3F4A3E7A" w:rsidR="006829EB" w:rsidRPr="0028105E" w:rsidRDefault="00872EBF" w:rsidP="009B5D5C">
      <w:pPr>
        <w:pStyle w:val="ListParagraph"/>
        <w:numPr>
          <w:ilvl w:val="0"/>
          <w:numId w:val="10"/>
        </w:numPr>
      </w:pPr>
      <w:r w:rsidRPr="0028105E">
        <w:t>Promote environmental conservation through tree planting, waste management, climate resilience initiatives, and sustainable resource use.</w:t>
      </w:r>
    </w:p>
    <w:p w14:paraId="62239FE2" w14:textId="1071CD00" w:rsidR="006829EB" w:rsidRPr="0028105E" w:rsidRDefault="009B5D5C" w:rsidP="009B5D5C">
      <w:pPr>
        <w:pStyle w:val="ListParagraph"/>
        <w:numPr>
          <w:ilvl w:val="0"/>
          <w:numId w:val="10"/>
        </w:numPr>
      </w:pPr>
      <w:r w:rsidRPr="0028105E">
        <w:t>Strengthening community cohesion, peacebuilding, and conflict resolution structures.</w:t>
      </w:r>
    </w:p>
    <w:p w14:paraId="0BB99A90" w14:textId="334B952E" w:rsidR="006829EB" w:rsidRPr="0028105E" w:rsidRDefault="00872EBF" w:rsidP="009B5D5C">
      <w:pPr>
        <w:pStyle w:val="ListParagraph"/>
        <w:numPr>
          <w:ilvl w:val="0"/>
          <w:numId w:val="10"/>
        </w:numPr>
      </w:pPr>
      <w:r w:rsidRPr="0028105E">
        <w:t>Advocate for the rights and inclusion of vulnerable groups including women, youth, persons with disabilities, and marginalized households.</w:t>
      </w:r>
    </w:p>
    <w:p w14:paraId="6A6B4AA5" w14:textId="77777777" w:rsidR="006829EB" w:rsidRPr="0028105E" w:rsidRDefault="00872EBF">
      <w:pPr>
        <w:pStyle w:val="Heading1"/>
        <w:rPr>
          <w:rFonts w:asciiTheme="minorHAnsi" w:hAnsiTheme="minorHAnsi"/>
        </w:rPr>
      </w:pPr>
      <w:r w:rsidRPr="0028105E">
        <w:rPr>
          <w:rFonts w:asciiTheme="minorHAnsi" w:hAnsiTheme="minorHAnsi"/>
        </w:rPr>
        <w:t>Article 3: Membership</w:t>
      </w:r>
    </w:p>
    <w:p w14:paraId="311B8EF5" w14:textId="77777777" w:rsidR="006829EB" w:rsidRPr="0028105E" w:rsidRDefault="00872EBF">
      <w:r w:rsidRPr="0028105E">
        <w:t>3.1 Membership Categories:</w:t>
      </w:r>
    </w:p>
    <w:p w14:paraId="09481FE1" w14:textId="4120D92C" w:rsidR="006829EB" w:rsidRPr="0028105E" w:rsidRDefault="00872EBF" w:rsidP="009B5D5C">
      <w:pPr>
        <w:pStyle w:val="ListParagraph"/>
        <w:numPr>
          <w:ilvl w:val="0"/>
          <w:numId w:val="11"/>
        </w:numPr>
      </w:pPr>
      <w:r w:rsidRPr="0028105E">
        <w:rPr>
          <w:b/>
          <w:bCs/>
        </w:rPr>
        <w:t>Ordinary Members</w:t>
      </w:r>
      <w:r w:rsidRPr="0028105E">
        <w:t>: Individuals</w:t>
      </w:r>
      <w:r w:rsidR="00FB57F4" w:rsidRPr="0028105E">
        <w:t xml:space="preserve"> who reside, own </w:t>
      </w:r>
      <w:r w:rsidR="0054578E" w:rsidRPr="0028105E">
        <w:t xml:space="preserve">property or/and </w:t>
      </w:r>
      <w:r w:rsidR="00FB57F4" w:rsidRPr="0028105E">
        <w:t xml:space="preserve">are running businesses along </w:t>
      </w:r>
      <w:r w:rsidR="0081611C">
        <w:t>__________________________</w:t>
      </w:r>
      <w:r w:rsidR="00FB57F4" w:rsidRPr="007C40D2">
        <w:t xml:space="preserve"> road, </w:t>
      </w:r>
      <w:r w:rsidR="0081611C">
        <w:t>______________________</w:t>
      </w:r>
      <w:r w:rsidR="00FB57F4" w:rsidRPr="007C40D2">
        <w:t xml:space="preserve"> ward, </w:t>
      </w:r>
      <w:r w:rsidR="0081611C">
        <w:t>_______________________</w:t>
      </w:r>
      <w:bookmarkStart w:id="0" w:name="_GoBack"/>
      <w:bookmarkEnd w:id="0"/>
      <w:r w:rsidR="00FB57F4" w:rsidRPr="007C40D2">
        <w:t xml:space="preserve"> </w:t>
      </w:r>
      <w:proofErr w:type="spellStart"/>
      <w:r w:rsidR="00FB57F4" w:rsidRPr="007C40D2">
        <w:t>subcounty</w:t>
      </w:r>
      <w:proofErr w:type="spellEnd"/>
      <w:r w:rsidR="00FB57F4" w:rsidRPr="007C40D2">
        <w:t xml:space="preserve"> and</w:t>
      </w:r>
      <w:r w:rsidR="00FB57F4" w:rsidRPr="0028105E">
        <w:t xml:space="preserve"> are</w:t>
      </w:r>
      <w:r w:rsidRPr="0028105E">
        <w:t xml:space="preserve"> actively participating in the Organization’s programs</w:t>
      </w:r>
      <w:r w:rsidR="00FB57F4" w:rsidRPr="0028105E">
        <w:t xml:space="preserve"> and have subscribed to the membership of this organization</w:t>
      </w:r>
      <w:r w:rsidRPr="0028105E">
        <w:t>.</w:t>
      </w:r>
    </w:p>
    <w:p w14:paraId="2EFBAA2B" w14:textId="4A983B87" w:rsidR="006829EB" w:rsidRPr="0028105E" w:rsidRDefault="00872EBF" w:rsidP="009B5D5C">
      <w:pPr>
        <w:pStyle w:val="ListParagraph"/>
        <w:numPr>
          <w:ilvl w:val="0"/>
          <w:numId w:val="11"/>
        </w:numPr>
      </w:pPr>
      <w:r w:rsidRPr="0028105E">
        <w:rPr>
          <w:b/>
          <w:bCs/>
        </w:rPr>
        <w:t>Associate Members:</w:t>
      </w:r>
      <w:r w:rsidRPr="0028105E">
        <w:t xml:space="preserve"> Supporters or partners who contribute resources or expertise</w:t>
      </w:r>
      <w:r w:rsidR="00FB57F4" w:rsidRPr="0028105E">
        <w:t xml:space="preserve"> and whose names are approved at an Annual General Meeting or a special General Meeting.</w:t>
      </w:r>
    </w:p>
    <w:p w14:paraId="543D9AF6" w14:textId="1CC3465F" w:rsidR="006829EB" w:rsidRPr="0028105E" w:rsidRDefault="00872EBF" w:rsidP="00F5561A">
      <w:pPr>
        <w:pStyle w:val="ListParagraph"/>
        <w:numPr>
          <w:ilvl w:val="0"/>
          <w:numId w:val="11"/>
        </w:numPr>
      </w:pPr>
      <w:r w:rsidRPr="0028105E">
        <w:rPr>
          <w:b/>
          <w:bCs/>
        </w:rPr>
        <w:t>Honorary Members:</w:t>
      </w:r>
      <w:r w:rsidRPr="0028105E">
        <w:t xml:space="preserve"> Awarded to individuals with exceptional contribution to the </w:t>
      </w:r>
      <w:r w:rsidR="00FB57F4" w:rsidRPr="0028105E">
        <w:t>Organization and whose names are approved at an Annual General Meeting or a special General meeting.</w:t>
      </w:r>
    </w:p>
    <w:p w14:paraId="5A6EAFB9" w14:textId="77777777" w:rsidR="006829EB" w:rsidRPr="0028105E" w:rsidRDefault="00872EBF">
      <w:pPr>
        <w:rPr>
          <w:b/>
          <w:bCs/>
        </w:rPr>
      </w:pPr>
      <w:r w:rsidRPr="0028105E">
        <w:rPr>
          <w:b/>
          <w:bCs/>
        </w:rPr>
        <w:t>3.2 Rights of Members:</w:t>
      </w:r>
    </w:p>
    <w:p w14:paraId="63583CAC" w14:textId="528F9B49" w:rsidR="006829EB" w:rsidRPr="0028105E" w:rsidRDefault="00872EBF" w:rsidP="009B5D5C">
      <w:pPr>
        <w:pStyle w:val="ListParagraph"/>
        <w:numPr>
          <w:ilvl w:val="0"/>
          <w:numId w:val="12"/>
        </w:numPr>
      </w:pPr>
      <w:r w:rsidRPr="0028105E">
        <w:t>To participate in meetings, vote, and be elected into leadership positions.</w:t>
      </w:r>
    </w:p>
    <w:p w14:paraId="4B1C84F9" w14:textId="4229E69E" w:rsidR="006829EB" w:rsidRPr="0028105E" w:rsidRDefault="00872EBF" w:rsidP="009B5D5C">
      <w:pPr>
        <w:pStyle w:val="ListParagraph"/>
        <w:numPr>
          <w:ilvl w:val="0"/>
          <w:numId w:val="12"/>
        </w:numPr>
      </w:pPr>
      <w:r w:rsidRPr="0028105E">
        <w:t>To access information, programs, and services offered by the Organization.</w:t>
      </w:r>
    </w:p>
    <w:p w14:paraId="362064BA" w14:textId="1193F557" w:rsidR="0054578E" w:rsidRPr="0028105E" w:rsidRDefault="0054578E" w:rsidP="0054578E">
      <w:pPr>
        <w:pStyle w:val="ListParagraph"/>
        <w:numPr>
          <w:ilvl w:val="0"/>
          <w:numId w:val="12"/>
        </w:numPr>
      </w:pPr>
      <w:r w:rsidRPr="0028105E">
        <w:t>To propose agenda items, strategic ideas, and development initiatives of the Organization.</w:t>
      </w:r>
    </w:p>
    <w:p w14:paraId="6BD843EE" w14:textId="77777777" w:rsidR="006829EB" w:rsidRPr="0028105E" w:rsidRDefault="00872EBF">
      <w:pPr>
        <w:rPr>
          <w:b/>
          <w:bCs/>
        </w:rPr>
      </w:pPr>
      <w:r w:rsidRPr="0028105E">
        <w:rPr>
          <w:b/>
          <w:bCs/>
        </w:rPr>
        <w:t>3.3 Obligations of Members:</w:t>
      </w:r>
    </w:p>
    <w:p w14:paraId="62B2EBEF" w14:textId="7E457B3F" w:rsidR="006829EB" w:rsidRPr="0028105E" w:rsidRDefault="00872EBF" w:rsidP="009B5D5C">
      <w:pPr>
        <w:pStyle w:val="ListParagraph"/>
        <w:numPr>
          <w:ilvl w:val="0"/>
          <w:numId w:val="13"/>
        </w:numPr>
      </w:pPr>
      <w:r w:rsidRPr="0028105E">
        <w:t>Uphold the Constitution, values, and principles of the Organization.</w:t>
      </w:r>
    </w:p>
    <w:p w14:paraId="05120E03" w14:textId="26F06D67" w:rsidR="006829EB" w:rsidRPr="0028105E" w:rsidRDefault="00872EBF" w:rsidP="009B5D5C">
      <w:pPr>
        <w:pStyle w:val="ListParagraph"/>
        <w:numPr>
          <w:ilvl w:val="0"/>
          <w:numId w:val="13"/>
        </w:numPr>
      </w:pPr>
      <w:r w:rsidRPr="0028105E">
        <w:t>Actively participate in activities, meetings, and programs.</w:t>
      </w:r>
    </w:p>
    <w:p w14:paraId="20B048EE" w14:textId="73C6ECBB" w:rsidR="006829EB" w:rsidRDefault="00872EBF" w:rsidP="009B5D5C">
      <w:pPr>
        <w:pStyle w:val="ListParagraph"/>
        <w:numPr>
          <w:ilvl w:val="0"/>
          <w:numId w:val="13"/>
        </w:numPr>
      </w:pPr>
      <w:r w:rsidRPr="0028105E">
        <w:t>Promote unity, accountability, and the good reputation of the Organization.</w:t>
      </w:r>
    </w:p>
    <w:p w14:paraId="346553B2" w14:textId="2E128D44" w:rsidR="00CE558C" w:rsidRPr="0028105E" w:rsidRDefault="00CE558C" w:rsidP="009B5D5C">
      <w:pPr>
        <w:pStyle w:val="ListParagraph"/>
        <w:numPr>
          <w:ilvl w:val="0"/>
          <w:numId w:val="13"/>
        </w:numPr>
      </w:pPr>
      <w:r>
        <w:t>Regular &amp; consistently pay subscription/contributions as set by the AGM.</w:t>
      </w:r>
    </w:p>
    <w:p w14:paraId="25EAA303" w14:textId="77777777" w:rsidR="006829EB" w:rsidRPr="0028105E" w:rsidRDefault="00872EBF">
      <w:pPr>
        <w:pStyle w:val="Heading1"/>
        <w:rPr>
          <w:rFonts w:asciiTheme="minorHAnsi" w:hAnsiTheme="minorHAnsi"/>
        </w:rPr>
      </w:pPr>
      <w:r w:rsidRPr="0028105E">
        <w:rPr>
          <w:rFonts w:asciiTheme="minorHAnsi" w:hAnsiTheme="minorHAnsi"/>
        </w:rPr>
        <w:lastRenderedPageBreak/>
        <w:t>Article 4: Governance &amp; Leadership Structure</w:t>
      </w:r>
    </w:p>
    <w:p w14:paraId="357C67AF" w14:textId="77777777" w:rsidR="006829EB" w:rsidRPr="0028105E" w:rsidRDefault="00872EBF">
      <w:pPr>
        <w:rPr>
          <w:b/>
          <w:bCs/>
        </w:rPr>
      </w:pPr>
      <w:r w:rsidRPr="0028105E">
        <w:rPr>
          <w:b/>
          <w:bCs/>
        </w:rPr>
        <w:t>4.1 Governance Structure:</w:t>
      </w:r>
    </w:p>
    <w:p w14:paraId="70DEE7F5" w14:textId="7FE61E66" w:rsidR="006829EB" w:rsidRPr="0028105E" w:rsidRDefault="00872EBF">
      <w:r w:rsidRPr="0028105E">
        <w:t>The Organization shall be governed through the General Assembly, the Executive Committee, and Sub-committees formed as needed.</w:t>
      </w:r>
    </w:p>
    <w:p w14:paraId="3275A2CF" w14:textId="77777777" w:rsidR="006829EB" w:rsidRPr="0028105E" w:rsidRDefault="00872EBF">
      <w:pPr>
        <w:rPr>
          <w:b/>
          <w:bCs/>
        </w:rPr>
      </w:pPr>
      <w:r w:rsidRPr="0028105E">
        <w:rPr>
          <w:b/>
          <w:bCs/>
        </w:rPr>
        <w:t>4.2 Executive Committee:</w:t>
      </w:r>
    </w:p>
    <w:p w14:paraId="65F3A781" w14:textId="77777777" w:rsidR="006829EB" w:rsidRPr="0028105E" w:rsidRDefault="00872EBF">
      <w:r w:rsidRPr="0028105E">
        <w:t>The Executive Committee shall consist of the following office bearers:</w:t>
      </w:r>
    </w:p>
    <w:p w14:paraId="02E095A2" w14:textId="77777777" w:rsidR="009B5D5C" w:rsidRDefault="00872EBF" w:rsidP="009B5D5C">
      <w:pPr>
        <w:pStyle w:val="ListParagraph"/>
        <w:numPr>
          <w:ilvl w:val="0"/>
          <w:numId w:val="14"/>
        </w:numPr>
      </w:pPr>
      <w:r w:rsidRPr="0028105E">
        <w:t>Chairperson</w:t>
      </w:r>
    </w:p>
    <w:p w14:paraId="6E27AE5E" w14:textId="20A34ED0" w:rsidR="00CE558C" w:rsidRPr="0028105E" w:rsidRDefault="00CE558C" w:rsidP="009B5D5C">
      <w:pPr>
        <w:pStyle w:val="ListParagraph"/>
        <w:numPr>
          <w:ilvl w:val="0"/>
          <w:numId w:val="14"/>
        </w:numPr>
      </w:pPr>
      <w:r>
        <w:t>Vice-chairperson</w:t>
      </w:r>
    </w:p>
    <w:p w14:paraId="4C10D0BD" w14:textId="77777777" w:rsidR="009B5D5C" w:rsidRDefault="00872EBF" w:rsidP="009B5D5C">
      <w:pPr>
        <w:pStyle w:val="ListParagraph"/>
        <w:numPr>
          <w:ilvl w:val="0"/>
          <w:numId w:val="14"/>
        </w:numPr>
      </w:pPr>
      <w:r w:rsidRPr="0028105E">
        <w:t>Secretary</w:t>
      </w:r>
    </w:p>
    <w:p w14:paraId="64F4181B" w14:textId="25684C19" w:rsidR="00CE558C" w:rsidRPr="0028105E" w:rsidRDefault="00CE558C" w:rsidP="009B5D5C">
      <w:pPr>
        <w:pStyle w:val="ListParagraph"/>
        <w:numPr>
          <w:ilvl w:val="0"/>
          <w:numId w:val="14"/>
        </w:numPr>
      </w:pPr>
      <w:r>
        <w:t>Assistant secretary</w:t>
      </w:r>
    </w:p>
    <w:p w14:paraId="29F622B0" w14:textId="77777777" w:rsidR="009B5D5C" w:rsidRPr="0028105E" w:rsidRDefault="00872EBF" w:rsidP="009B5D5C">
      <w:pPr>
        <w:pStyle w:val="ListParagraph"/>
        <w:numPr>
          <w:ilvl w:val="0"/>
          <w:numId w:val="14"/>
        </w:numPr>
      </w:pPr>
      <w:r w:rsidRPr="0028105E">
        <w:t>Treasurer</w:t>
      </w:r>
    </w:p>
    <w:p w14:paraId="2AB029A0" w14:textId="1EF5C6EA" w:rsidR="009B5D5C" w:rsidRPr="0028105E" w:rsidRDefault="009B5D5C" w:rsidP="00CE558C">
      <w:pPr>
        <w:pStyle w:val="ListParagraph"/>
        <w:numPr>
          <w:ilvl w:val="0"/>
          <w:numId w:val="14"/>
        </w:numPr>
      </w:pPr>
      <w:r w:rsidRPr="0028105E">
        <w:t>2 Committee Members</w:t>
      </w:r>
    </w:p>
    <w:p w14:paraId="5A02B763" w14:textId="77777777" w:rsidR="006829EB" w:rsidRPr="0028105E" w:rsidRDefault="00872EBF">
      <w:pPr>
        <w:rPr>
          <w:b/>
          <w:bCs/>
        </w:rPr>
      </w:pPr>
      <w:r w:rsidRPr="0028105E">
        <w:rPr>
          <w:b/>
          <w:bCs/>
        </w:rPr>
        <w:t>4.3 Duties of Office Bearers:</w:t>
      </w:r>
    </w:p>
    <w:p w14:paraId="35423273" w14:textId="77777777" w:rsidR="006829EB" w:rsidRDefault="00872EBF" w:rsidP="00CE558C">
      <w:pPr>
        <w:spacing w:after="0"/>
      </w:pPr>
      <w:r w:rsidRPr="0028105E">
        <w:t xml:space="preserve">• </w:t>
      </w:r>
      <w:r w:rsidRPr="0028105E">
        <w:rPr>
          <w:b/>
          <w:bCs/>
        </w:rPr>
        <w:t>Chairperson:</w:t>
      </w:r>
      <w:r w:rsidRPr="0028105E">
        <w:t xml:space="preserve"> Provides leadership, oversees operations, chairs meetings, and represents the Organization externally.</w:t>
      </w:r>
    </w:p>
    <w:p w14:paraId="768C5ECB" w14:textId="7AEAFD14" w:rsidR="009B4334" w:rsidRPr="0028105E" w:rsidRDefault="009B4334" w:rsidP="00CE558C">
      <w:pPr>
        <w:spacing w:after="0"/>
      </w:pPr>
      <w:r>
        <w:rPr>
          <w:b/>
          <w:bCs/>
        </w:rPr>
        <w:t xml:space="preserve">Vice </w:t>
      </w:r>
      <w:r w:rsidRPr="0028105E">
        <w:rPr>
          <w:b/>
          <w:bCs/>
        </w:rPr>
        <w:t>Chairperson:</w:t>
      </w:r>
      <w:r w:rsidRPr="0028105E">
        <w:t xml:space="preserve"> </w:t>
      </w:r>
      <w:r>
        <w:t>To perform the functions of the chairperson by delegated authority of the chairperson in the absence of the chairperson</w:t>
      </w:r>
    </w:p>
    <w:p w14:paraId="47962551" w14:textId="43B6C8E0" w:rsidR="006829EB" w:rsidRDefault="00872EBF" w:rsidP="00CE558C">
      <w:pPr>
        <w:spacing w:after="0"/>
      </w:pPr>
      <w:r w:rsidRPr="0028105E">
        <w:t xml:space="preserve">• </w:t>
      </w:r>
      <w:r w:rsidRPr="0028105E">
        <w:rPr>
          <w:b/>
          <w:bCs/>
        </w:rPr>
        <w:t>Secretary:</w:t>
      </w:r>
      <w:r w:rsidRPr="0028105E">
        <w:t xml:space="preserve"> Maintains records, minutes, correspondence, organizational documentation</w:t>
      </w:r>
      <w:r w:rsidR="009B5D5C" w:rsidRPr="0028105E">
        <w:t xml:space="preserve"> </w:t>
      </w:r>
      <w:r w:rsidR="00F5561A" w:rsidRPr="0028105E">
        <w:t>and Coordinates</w:t>
      </w:r>
      <w:r w:rsidR="009B5D5C" w:rsidRPr="0028105E">
        <w:t xml:space="preserve"> activities, events, and program of the organization</w:t>
      </w:r>
      <w:r w:rsidR="00F5561A" w:rsidRPr="0028105E">
        <w:t xml:space="preserve"> including convening meetings.</w:t>
      </w:r>
    </w:p>
    <w:p w14:paraId="10462A09" w14:textId="755EF700" w:rsidR="009B4334" w:rsidRPr="0028105E" w:rsidRDefault="009B4334" w:rsidP="00CE558C">
      <w:pPr>
        <w:spacing w:after="0"/>
      </w:pPr>
      <w:r>
        <w:t>Vice- secretary – To perform the functions of the secretary by delegated authority of the secretary or in the absence of the secretary.</w:t>
      </w:r>
    </w:p>
    <w:p w14:paraId="521AF64E" w14:textId="7F8C657A" w:rsidR="006829EB" w:rsidRDefault="00872EBF" w:rsidP="00CE558C">
      <w:pPr>
        <w:spacing w:after="0"/>
      </w:pPr>
      <w:r w:rsidRPr="0028105E">
        <w:t xml:space="preserve">• </w:t>
      </w:r>
      <w:r w:rsidRPr="0028105E">
        <w:rPr>
          <w:b/>
          <w:bCs/>
        </w:rPr>
        <w:t>Treasurer:</w:t>
      </w:r>
      <w:r w:rsidRPr="0028105E">
        <w:t xml:space="preserve"> Manages financial</w:t>
      </w:r>
      <w:r w:rsidR="00F5561A" w:rsidRPr="0028105E">
        <w:t>s of the organization,</w:t>
      </w:r>
      <w:r w:rsidRPr="0028105E">
        <w:t xml:space="preserve"> prepares financial </w:t>
      </w:r>
      <w:r w:rsidR="00F5561A" w:rsidRPr="0028105E">
        <w:t>records/</w:t>
      </w:r>
      <w:r w:rsidRPr="0028105E">
        <w:t>reports, oversees audits, and ensures compliance</w:t>
      </w:r>
      <w:r w:rsidR="00F5561A" w:rsidRPr="0028105E">
        <w:t xml:space="preserve"> with regulatory requirements</w:t>
      </w:r>
      <w:r w:rsidRPr="0028105E">
        <w:t>.</w:t>
      </w:r>
    </w:p>
    <w:p w14:paraId="66BECDFB" w14:textId="77777777" w:rsidR="009B4334" w:rsidRDefault="009B4334" w:rsidP="00CE558C">
      <w:pPr>
        <w:spacing w:after="0"/>
      </w:pPr>
    </w:p>
    <w:p w14:paraId="7AE951A9" w14:textId="062F838F" w:rsidR="009B4334" w:rsidRPr="0028105E" w:rsidRDefault="009B4334" w:rsidP="00CE558C">
      <w:pPr>
        <w:spacing w:after="0"/>
      </w:pPr>
      <w:r>
        <w:t>In the absence of the chairperson or the vice chairperson, secretary or vice secretary, the board can appoint from among the members a chairperson and a secretary for that particular meeting.</w:t>
      </w:r>
    </w:p>
    <w:p w14:paraId="6F67F283" w14:textId="77777777" w:rsidR="006829EB" w:rsidRPr="0028105E" w:rsidRDefault="00872EBF">
      <w:pPr>
        <w:pStyle w:val="Heading1"/>
        <w:rPr>
          <w:rFonts w:asciiTheme="minorHAnsi" w:hAnsiTheme="minorHAnsi"/>
        </w:rPr>
      </w:pPr>
      <w:r w:rsidRPr="0028105E">
        <w:rPr>
          <w:rFonts w:asciiTheme="minorHAnsi" w:hAnsiTheme="minorHAnsi"/>
        </w:rPr>
        <w:t>Article 5: Meetings</w:t>
      </w:r>
    </w:p>
    <w:p w14:paraId="01CF862D" w14:textId="77777777" w:rsidR="006829EB" w:rsidRPr="0028105E" w:rsidRDefault="00872EBF">
      <w:pPr>
        <w:rPr>
          <w:b/>
          <w:bCs/>
        </w:rPr>
      </w:pPr>
      <w:r w:rsidRPr="0028105E">
        <w:rPr>
          <w:b/>
          <w:bCs/>
        </w:rPr>
        <w:t>5.1 Annual General Meeting (AGM):</w:t>
      </w:r>
    </w:p>
    <w:p w14:paraId="70D22876" w14:textId="073D3B24" w:rsidR="006829EB" w:rsidRPr="0028105E" w:rsidRDefault="00872EBF">
      <w:r w:rsidRPr="0028105E">
        <w:t>Held once a year to review performance, approve reports, and set strategic directions</w:t>
      </w:r>
      <w:r w:rsidR="009B4334">
        <w:t>, election of committee members and set membership and annual subscription fees.</w:t>
      </w:r>
    </w:p>
    <w:p w14:paraId="4967265C" w14:textId="77777777" w:rsidR="006829EB" w:rsidRPr="0028105E" w:rsidRDefault="00872EBF">
      <w:pPr>
        <w:rPr>
          <w:b/>
          <w:bCs/>
        </w:rPr>
      </w:pPr>
      <w:r w:rsidRPr="0028105E">
        <w:rPr>
          <w:b/>
          <w:bCs/>
        </w:rPr>
        <w:t>5.2 Special General Meeting (SGM):</w:t>
      </w:r>
    </w:p>
    <w:p w14:paraId="11724EFC" w14:textId="25877556" w:rsidR="0054578E" w:rsidRPr="0028105E" w:rsidRDefault="00872EBF">
      <w:r w:rsidRPr="0028105E">
        <w:t>Convened to address urgent matters including constitutional amendments or leadership disputes.</w:t>
      </w:r>
    </w:p>
    <w:p w14:paraId="449381BC" w14:textId="77777777" w:rsidR="006829EB" w:rsidRPr="0028105E" w:rsidRDefault="00872EBF">
      <w:pPr>
        <w:rPr>
          <w:b/>
          <w:bCs/>
        </w:rPr>
      </w:pPr>
      <w:r w:rsidRPr="0028105E">
        <w:rPr>
          <w:b/>
          <w:bCs/>
        </w:rPr>
        <w:lastRenderedPageBreak/>
        <w:t>5.3 Committee Meetings:</w:t>
      </w:r>
    </w:p>
    <w:p w14:paraId="69E4E71B" w14:textId="77777777" w:rsidR="006829EB" w:rsidRPr="0028105E" w:rsidRDefault="00872EBF">
      <w:r w:rsidRPr="0028105E">
        <w:t>Held quarterly or as needed, with minutes recorded and shared with members.</w:t>
      </w:r>
    </w:p>
    <w:p w14:paraId="01628304" w14:textId="7E2905BF" w:rsidR="00F5561A" w:rsidRPr="0028105E" w:rsidRDefault="00F5561A" w:rsidP="00F5561A">
      <w:pPr>
        <w:rPr>
          <w:b/>
          <w:bCs/>
        </w:rPr>
      </w:pPr>
      <w:r w:rsidRPr="0028105E">
        <w:rPr>
          <w:b/>
          <w:bCs/>
        </w:rPr>
        <w:t>5.4 Ad-hoc Meetings:</w:t>
      </w:r>
    </w:p>
    <w:p w14:paraId="45BB3BBC" w14:textId="694CD8EF" w:rsidR="009B5D5C" w:rsidRPr="0028105E" w:rsidRDefault="00F5561A">
      <w:r w:rsidRPr="0028105E">
        <w:t>Called for by the Secretary after liaising with the executive committee on a need basis, with minutes recorded and shared with members.</w:t>
      </w:r>
    </w:p>
    <w:p w14:paraId="0D82E089" w14:textId="77777777" w:rsidR="006829EB" w:rsidRPr="0028105E" w:rsidRDefault="00872EBF">
      <w:pPr>
        <w:pStyle w:val="Heading1"/>
        <w:rPr>
          <w:rFonts w:asciiTheme="minorHAnsi" w:hAnsiTheme="minorHAnsi"/>
        </w:rPr>
      </w:pPr>
      <w:r w:rsidRPr="0028105E">
        <w:rPr>
          <w:rFonts w:asciiTheme="minorHAnsi" w:hAnsiTheme="minorHAnsi"/>
        </w:rPr>
        <w:t>Article 6: Finance &amp; Resource Management</w:t>
      </w:r>
    </w:p>
    <w:p w14:paraId="70ECA68F" w14:textId="084C69ED" w:rsidR="006829EB" w:rsidRPr="0028105E" w:rsidRDefault="00872EBF">
      <w:pPr>
        <w:rPr>
          <w:b/>
          <w:bCs/>
        </w:rPr>
      </w:pPr>
      <w:r w:rsidRPr="0028105E">
        <w:rPr>
          <w:b/>
          <w:bCs/>
        </w:rPr>
        <w:t>6.1</w:t>
      </w:r>
      <w:r w:rsidR="009B5D5C" w:rsidRPr="0028105E">
        <w:rPr>
          <w:b/>
          <w:bCs/>
        </w:rPr>
        <w:t>: Sources</w:t>
      </w:r>
      <w:r w:rsidRPr="0028105E">
        <w:rPr>
          <w:b/>
          <w:bCs/>
        </w:rPr>
        <w:t xml:space="preserve"> of Funds:</w:t>
      </w:r>
    </w:p>
    <w:p w14:paraId="41BE9E08" w14:textId="783E303B" w:rsidR="006829EB" w:rsidRPr="0028105E" w:rsidRDefault="00872EBF" w:rsidP="00F5561A">
      <w:pPr>
        <w:pStyle w:val="ListParagraph"/>
        <w:numPr>
          <w:ilvl w:val="1"/>
          <w:numId w:val="12"/>
        </w:numPr>
      </w:pPr>
      <w:r w:rsidRPr="0028105E">
        <w:t xml:space="preserve">Membership </w:t>
      </w:r>
      <w:r w:rsidR="009B5D5C" w:rsidRPr="0028105E">
        <w:t>contributions.</w:t>
      </w:r>
    </w:p>
    <w:p w14:paraId="48C169E7" w14:textId="568EF983" w:rsidR="006829EB" w:rsidRPr="0028105E" w:rsidRDefault="00872EBF" w:rsidP="00F5561A">
      <w:pPr>
        <w:pStyle w:val="ListParagraph"/>
        <w:numPr>
          <w:ilvl w:val="1"/>
          <w:numId w:val="12"/>
        </w:numPr>
      </w:pPr>
      <w:r w:rsidRPr="0028105E">
        <w:t>Grants and donations</w:t>
      </w:r>
    </w:p>
    <w:p w14:paraId="3F08AA52" w14:textId="21C068FD" w:rsidR="006829EB" w:rsidRPr="0028105E" w:rsidRDefault="00872EBF" w:rsidP="00F5561A">
      <w:pPr>
        <w:pStyle w:val="ListParagraph"/>
        <w:numPr>
          <w:ilvl w:val="1"/>
          <w:numId w:val="12"/>
        </w:numPr>
      </w:pPr>
      <w:r w:rsidRPr="0028105E">
        <w:t>Fundraising initiatives</w:t>
      </w:r>
    </w:p>
    <w:p w14:paraId="465D2937" w14:textId="52345C46" w:rsidR="009B5D5C" w:rsidRPr="0028105E" w:rsidRDefault="00872EBF" w:rsidP="0054578E">
      <w:pPr>
        <w:pStyle w:val="ListParagraph"/>
        <w:numPr>
          <w:ilvl w:val="1"/>
          <w:numId w:val="12"/>
        </w:numPr>
      </w:pPr>
      <w:r w:rsidRPr="0028105E">
        <w:t>Income-generating projects</w:t>
      </w:r>
    </w:p>
    <w:p w14:paraId="6CAA9016" w14:textId="52614817" w:rsidR="006829EB" w:rsidRPr="0028105E" w:rsidRDefault="00872EBF">
      <w:pPr>
        <w:rPr>
          <w:b/>
          <w:bCs/>
        </w:rPr>
      </w:pPr>
      <w:r w:rsidRPr="0028105E">
        <w:rPr>
          <w:b/>
          <w:bCs/>
        </w:rPr>
        <w:t>6.2</w:t>
      </w:r>
      <w:r w:rsidR="009B5D5C" w:rsidRPr="0028105E">
        <w:rPr>
          <w:b/>
          <w:bCs/>
        </w:rPr>
        <w:t>: Financial</w:t>
      </w:r>
      <w:r w:rsidRPr="0028105E">
        <w:rPr>
          <w:b/>
          <w:bCs/>
        </w:rPr>
        <w:t xml:space="preserve"> Management:</w:t>
      </w:r>
    </w:p>
    <w:p w14:paraId="66669CDE" w14:textId="620154A5" w:rsidR="006829EB" w:rsidRPr="0028105E" w:rsidRDefault="00872EBF" w:rsidP="009B5D5C">
      <w:pPr>
        <w:pStyle w:val="ListParagraph"/>
        <w:numPr>
          <w:ilvl w:val="1"/>
          <w:numId w:val="12"/>
        </w:numPr>
      </w:pPr>
      <w:r w:rsidRPr="0028105E">
        <w:t>All funds shall be banked in the Organization’s bank account.</w:t>
      </w:r>
    </w:p>
    <w:p w14:paraId="099CDAAD" w14:textId="55BB9B2C" w:rsidR="006829EB" w:rsidRPr="0028105E" w:rsidRDefault="00872EBF" w:rsidP="009B5D5C">
      <w:pPr>
        <w:pStyle w:val="ListParagraph"/>
        <w:numPr>
          <w:ilvl w:val="1"/>
          <w:numId w:val="12"/>
        </w:numPr>
      </w:pPr>
      <w:r w:rsidRPr="0028105E">
        <w:t>Signatories shall be any two</w:t>
      </w:r>
      <w:r w:rsidR="009B5D5C" w:rsidRPr="0028105E">
        <w:t xml:space="preserve"> (2) to sign</w:t>
      </w:r>
      <w:r w:rsidRPr="0028105E">
        <w:t>: Chairperson, Secretary, Treasurer.</w:t>
      </w:r>
    </w:p>
    <w:p w14:paraId="617DD325" w14:textId="38087255" w:rsidR="006829EB" w:rsidRPr="0028105E" w:rsidRDefault="00872EBF" w:rsidP="009B5D5C">
      <w:pPr>
        <w:pStyle w:val="ListParagraph"/>
        <w:numPr>
          <w:ilvl w:val="1"/>
          <w:numId w:val="12"/>
        </w:numPr>
      </w:pPr>
      <w:r w:rsidRPr="0028105E">
        <w:t>Transparent bookkeeping shall be maintained and subject to annual audit.</w:t>
      </w:r>
    </w:p>
    <w:p w14:paraId="331A2A67" w14:textId="77777777" w:rsidR="006829EB" w:rsidRPr="0028105E" w:rsidRDefault="00872EBF">
      <w:pPr>
        <w:pStyle w:val="Heading1"/>
        <w:rPr>
          <w:rFonts w:asciiTheme="minorHAnsi" w:hAnsiTheme="minorHAnsi"/>
        </w:rPr>
      </w:pPr>
      <w:r w:rsidRPr="0028105E">
        <w:rPr>
          <w:rFonts w:asciiTheme="minorHAnsi" w:hAnsiTheme="minorHAnsi"/>
        </w:rPr>
        <w:t>Article 7: Amendments</w:t>
      </w:r>
    </w:p>
    <w:p w14:paraId="0DD983D8" w14:textId="77777777" w:rsidR="006829EB" w:rsidRPr="0028105E" w:rsidRDefault="00872EBF">
      <w:pPr>
        <w:rPr>
          <w:b/>
          <w:bCs/>
        </w:rPr>
      </w:pPr>
      <w:r w:rsidRPr="0028105E">
        <w:rPr>
          <w:b/>
          <w:bCs/>
        </w:rPr>
        <w:t>7.1 Amendment Procedures:</w:t>
      </w:r>
    </w:p>
    <w:p w14:paraId="6CA3A173" w14:textId="77777777" w:rsidR="006829EB" w:rsidRPr="0028105E" w:rsidRDefault="00872EBF">
      <w:r w:rsidRPr="0028105E">
        <w:t>Amendments to this Constitution require a two-thirds majority approval at a duly convened SGM.</w:t>
      </w:r>
    </w:p>
    <w:p w14:paraId="5C75AA84" w14:textId="77777777" w:rsidR="006829EB" w:rsidRPr="0028105E" w:rsidRDefault="00872EBF">
      <w:pPr>
        <w:pStyle w:val="Heading1"/>
        <w:rPr>
          <w:rFonts w:asciiTheme="minorHAnsi" w:hAnsiTheme="minorHAnsi"/>
        </w:rPr>
      </w:pPr>
      <w:r w:rsidRPr="0028105E">
        <w:rPr>
          <w:rFonts w:asciiTheme="minorHAnsi" w:hAnsiTheme="minorHAnsi"/>
        </w:rPr>
        <w:t>Article 8: Dissolution</w:t>
      </w:r>
    </w:p>
    <w:p w14:paraId="291B7FF8" w14:textId="77777777" w:rsidR="006829EB" w:rsidRPr="0028105E" w:rsidRDefault="00872EBF">
      <w:pPr>
        <w:rPr>
          <w:b/>
          <w:bCs/>
        </w:rPr>
      </w:pPr>
      <w:r w:rsidRPr="0028105E">
        <w:rPr>
          <w:b/>
          <w:bCs/>
        </w:rPr>
        <w:t>8.1 Dissolution:</w:t>
      </w:r>
    </w:p>
    <w:p w14:paraId="37E34D27" w14:textId="153586EE" w:rsidR="006829EB" w:rsidRPr="0028105E" w:rsidRDefault="00872EBF">
      <w:r w:rsidRPr="0028105E">
        <w:t>The Organization may be dissolved through a two-thirds majority vote of the General Assembly.</w:t>
      </w:r>
    </w:p>
    <w:p w14:paraId="261392CF" w14:textId="77777777" w:rsidR="006829EB" w:rsidRPr="0028105E" w:rsidRDefault="00872EBF">
      <w:pPr>
        <w:rPr>
          <w:b/>
          <w:bCs/>
        </w:rPr>
      </w:pPr>
      <w:r w:rsidRPr="0028105E">
        <w:rPr>
          <w:b/>
          <w:bCs/>
        </w:rPr>
        <w:t>8.2 Disposal of Assets:</w:t>
      </w:r>
    </w:p>
    <w:p w14:paraId="4152F66D" w14:textId="795DFB87" w:rsidR="0054578E" w:rsidRPr="0028105E" w:rsidRDefault="00872EBF">
      <w:r w:rsidRPr="0028105E">
        <w:t>Upon dissolution, remaining assets shall be</w:t>
      </w:r>
      <w:r w:rsidR="0054578E" w:rsidRPr="0028105E">
        <w:t xml:space="preserve"> shared out among the members in an equitable manner or</w:t>
      </w:r>
      <w:r w:rsidRPr="0028105E">
        <w:t xml:space="preserve"> donated to a similar community-serving organization</w:t>
      </w:r>
      <w:r w:rsidR="0054578E" w:rsidRPr="0028105E">
        <w:t xml:space="preserve"> as the members may pass a resolution on</w:t>
      </w:r>
      <w:r w:rsidRPr="0028105E">
        <w:t>.</w:t>
      </w:r>
    </w:p>
    <w:p w14:paraId="3E2CB0C3" w14:textId="77777777" w:rsidR="006829EB" w:rsidRPr="0028105E" w:rsidRDefault="00872EBF">
      <w:pPr>
        <w:pStyle w:val="Heading1"/>
        <w:rPr>
          <w:rFonts w:asciiTheme="minorHAnsi" w:hAnsiTheme="minorHAnsi"/>
        </w:rPr>
      </w:pPr>
      <w:r w:rsidRPr="0028105E">
        <w:rPr>
          <w:rFonts w:asciiTheme="minorHAnsi" w:hAnsiTheme="minorHAnsi"/>
        </w:rPr>
        <w:t>Article 9: Conflict Resolution</w:t>
      </w:r>
    </w:p>
    <w:p w14:paraId="5385F125" w14:textId="77777777" w:rsidR="006829EB" w:rsidRPr="0028105E" w:rsidRDefault="00872EBF">
      <w:pPr>
        <w:rPr>
          <w:b/>
          <w:bCs/>
        </w:rPr>
      </w:pPr>
      <w:r w:rsidRPr="0028105E">
        <w:rPr>
          <w:b/>
          <w:bCs/>
        </w:rPr>
        <w:t>9.1 Guiding Principles:</w:t>
      </w:r>
    </w:p>
    <w:p w14:paraId="737C5313" w14:textId="5A959BEE" w:rsidR="006829EB" w:rsidRPr="0028105E" w:rsidRDefault="00872EBF">
      <w:r w:rsidRPr="0028105E">
        <w:lastRenderedPageBreak/>
        <w:t>• Promote peaceful coexistence, dialogue, and reconciliation.</w:t>
      </w:r>
    </w:p>
    <w:p w14:paraId="038BE98E" w14:textId="77777777" w:rsidR="006829EB" w:rsidRPr="0028105E" w:rsidRDefault="00872EBF">
      <w:pPr>
        <w:rPr>
          <w:b/>
          <w:bCs/>
        </w:rPr>
      </w:pPr>
      <w:r w:rsidRPr="0028105E">
        <w:rPr>
          <w:b/>
          <w:bCs/>
        </w:rPr>
        <w:t>9.2 Conflict Resolution Mechanisms:</w:t>
      </w:r>
    </w:p>
    <w:p w14:paraId="298BA48F" w14:textId="77777777" w:rsidR="006829EB" w:rsidRPr="0028105E" w:rsidRDefault="00872EBF" w:rsidP="009B5D5C">
      <w:pPr>
        <w:pStyle w:val="ListParagraph"/>
        <w:numPr>
          <w:ilvl w:val="0"/>
          <w:numId w:val="16"/>
        </w:numPr>
      </w:pPr>
      <w:r w:rsidRPr="0028105E">
        <w:t>Step 1: Direct negotiation between parties.</w:t>
      </w:r>
    </w:p>
    <w:p w14:paraId="6D34CFB9" w14:textId="77777777" w:rsidR="006829EB" w:rsidRPr="0028105E" w:rsidRDefault="00872EBF" w:rsidP="009B5D5C">
      <w:pPr>
        <w:pStyle w:val="ListParagraph"/>
        <w:numPr>
          <w:ilvl w:val="0"/>
          <w:numId w:val="16"/>
        </w:numPr>
      </w:pPr>
      <w:r w:rsidRPr="0028105E">
        <w:t>Step 2: Mediation by a Conflict Resolution Panel.</w:t>
      </w:r>
    </w:p>
    <w:p w14:paraId="1E11DAE1" w14:textId="77777777" w:rsidR="006829EB" w:rsidRPr="0028105E" w:rsidRDefault="00872EBF" w:rsidP="009B5D5C">
      <w:pPr>
        <w:pStyle w:val="ListParagraph"/>
        <w:numPr>
          <w:ilvl w:val="0"/>
          <w:numId w:val="16"/>
        </w:numPr>
      </w:pPr>
      <w:r w:rsidRPr="0028105E">
        <w:t>Step 3: Escalation to Executive Committee.</w:t>
      </w:r>
    </w:p>
    <w:p w14:paraId="506DC5C5" w14:textId="6A4FDF47" w:rsidR="006829EB" w:rsidRPr="0028105E" w:rsidRDefault="00872EBF" w:rsidP="009B5D5C">
      <w:pPr>
        <w:pStyle w:val="ListParagraph"/>
        <w:numPr>
          <w:ilvl w:val="0"/>
          <w:numId w:val="16"/>
        </w:numPr>
      </w:pPr>
      <w:r w:rsidRPr="0028105E">
        <w:t>Step 4: Final determination by General Assembly.</w:t>
      </w:r>
    </w:p>
    <w:p w14:paraId="1E48FC19" w14:textId="77777777" w:rsidR="006829EB" w:rsidRPr="0028105E" w:rsidRDefault="00872EBF">
      <w:pPr>
        <w:rPr>
          <w:b/>
          <w:bCs/>
        </w:rPr>
      </w:pPr>
      <w:r w:rsidRPr="0028105E">
        <w:rPr>
          <w:b/>
          <w:bCs/>
        </w:rPr>
        <w:t>9.3 Non-Retaliation:</w:t>
      </w:r>
    </w:p>
    <w:p w14:paraId="067AA84E" w14:textId="61321A13" w:rsidR="0054578E" w:rsidRPr="0028105E" w:rsidRDefault="00872EBF">
      <w:r w:rsidRPr="0028105E">
        <w:t>Members shall not be victimized for raising grievances.</w:t>
      </w:r>
    </w:p>
    <w:p w14:paraId="3718F63B" w14:textId="52E285FC" w:rsidR="0054578E" w:rsidRPr="0054578E" w:rsidRDefault="0054578E" w:rsidP="0028105E">
      <w:pPr>
        <w:pStyle w:val="Heading1"/>
        <w:rPr>
          <w:rFonts w:asciiTheme="minorHAnsi" w:hAnsiTheme="minorHAnsi"/>
        </w:rPr>
      </w:pPr>
      <w:r w:rsidRPr="0054578E">
        <w:rPr>
          <w:rFonts w:asciiTheme="minorHAnsi" w:hAnsiTheme="minorHAnsi"/>
        </w:rPr>
        <w:t xml:space="preserve">ARTICLE </w:t>
      </w:r>
      <w:r w:rsidRPr="0028105E">
        <w:rPr>
          <w:rFonts w:asciiTheme="minorHAnsi" w:hAnsiTheme="minorHAnsi"/>
        </w:rPr>
        <w:t>10</w:t>
      </w:r>
      <w:r w:rsidRPr="0054578E">
        <w:rPr>
          <w:rFonts w:asciiTheme="minorHAnsi" w:hAnsiTheme="minorHAnsi"/>
        </w:rPr>
        <w:t>: ELECTION OF OFFICIALS</w:t>
      </w:r>
    </w:p>
    <w:p w14:paraId="53AB14D1" w14:textId="33D483FE" w:rsidR="0054578E" w:rsidRPr="0054578E" w:rsidRDefault="0054578E" w:rsidP="0054578E">
      <w:pPr>
        <w:rPr>
          <w:b/>
          <w:bCs/>
          <w:lang w:val="en-KE"/>
        </w:rPr>
      </w:pPr>
      <w:r w:rsidRPr="0028105E">
        <w:rPr>
          <w:b/>
          <w:bCs/>
          <w:lang w:val="en-KE"/>
        </w:rPr>
        <w:t>10</w:t>
      </w:r>
      <w:r w:rsidRPr="0054578E">
        <w:rPr>
          <w:b/>
          <w:bCs/>
          <w:lang w:val="en-KE"/>
        </w:rPr>
        <w:t>.1 Purpose of Elections</w:t>
      </w:r>
    </w:p>
    <w:p w14:paraId="6F3466F8" w14:textId="4C68F88F" w:rsidR="0054578E" w:rsidRPr="0054578E" w:rsidRDefault="0054578E" w:rsidP="0054578E">
      <w:pPr>
        <w:rPr>
          <w:lang w:val="en-KE"/>
        </w:rPr>
      </w:pPr>
      <w:r w:rsidRPr="0054578E">
        <w:rPr>
          <w:lang w:val="en-KE"/>
        </w:rPr>
        <w:t xml:space="preserve">The election of officials ensures </w:t>
      </w:r>
      <w:r w:rsidRPr="0028105E">
        <w:rPr>
          <w:b/>
          <w:bCs/>
          <w:lang w:val="en-KE"/>
        </w:rPr>
        <w:t>gender balance</w:t>
      </w:r>
      <w:r w:rsidRPr="0054578E">
        <w:rPr>
          <w:b/>
          <w:bCs/>
          <w:lang w:val="en-KE"/>
        </w:rPr>
        <w:t>, accountability, transparency</w:t>
      </w:r>
      <w:r w:rsidRPr="0054578E">
        <w:rPr>
          <w:lang w:val="en-KE"/>
        </w:rPr>
        <w:t>, and effective leadership within the Organization. Elections shall be conducted in a fair, participatory, and inclusive manner consistent with good governance practices</w:t>
      </w:r>
      <w:r w:rsidRPr="0028105E">
        <w:rPr>
          <w:lang w:val="en-KE"/>
        </w:rPr>
        <w:t>.</w:t>
      </w:r>
    </w:p>
    <w:p w14:paraId="485F324D" w14:textId="24D0E6C4" w:rsidR="0054578E" w:rsidRPr="0054578E" w:rsidRDefault="0054578E" w:rsidP="0054578E">
      <w:pPr>
        <w:rPr>
          <w:b/>
          <w:bCs/>
          <w:lang w:val="en-KE"/>
        </w:rPr>
      </w:pPr>
      <w:r w:rsidRPr="0028105E">
        <w:rPr>
          <w:b/>
          <w:bCs/>
          <w:lang w:val="en-KE"/>
        </w:rPr>
        <w:t>10</w:t>
      </w:r>
      <w:r w:rsidRPr="0054578E">
        <w:rPr>
          <w:b/>
          <w:bCs/>
          <w:lang w:val="en-KE"/>
        </w:rPr>
        <w:t>.2 Positions to Be Elected</w:t>
      </w:r>
    </w:p>
    <w:p w14:paraId="071997B5" w14:textId="77777777" w:rsidR="0054578E" w:rsidRPr="0054578E" w:rsidRDefault="0054578E" w:rsidP="0054578E">
      <w:pPr>
        <w:rPr>
          <w:lang w:val="en-KE"/>
        </w:rPr>
      </w:pPr>
      <w:r w:rsidRPr="0054578E">
        <w:rPr>
          <w:lang w:val="en-KE"/>
        </w:rPr>
        <w:t>The following Executive Committee positions shall be filled through elections:</w:t>
      </w:r>
    </w:p>
    <w:p w14:paraId="70D277BE" w14:textId="77777777" w:rsidR="00CE558C" w:rsidRDefault="00CE558C" w:rsidP="00CE558C">
      <w:pPr>
        <w:pStyle w:val="ListParagraph"/>
        <w:numPr>
          <w:ilvl w:val="0"/>
          <w:numId w:val="27"/>
        </w:numPr>
      </w:pPr>
      <w:r w:rsidRPr="0028105E">
        <w:t>Chairperson</w:t>
      </w:r>
    </w:p>
    <w:p w14:paraId="55489F9F" w14:textId="77777777" w:rsidR="00CE558C" w:rsidRPr="0028105E" w:rsidRDefault="00CE558C" w:rsidP="00CE558C">
      <w:pPr>
        <w:pStyle w:val="ListParagraph"/>
        <w:numPr>
          <w:ilvl w:val="0"/>
          <w:numId w:val="27"/>
        </w:numPr>
      </w:pPr>
      <w:r>
        <w:t>Vice-chairperson</w:t>
      </w:r>
    </w:p>
    <w:p w14:paraId="5E206A4E" w14:textId="77777777" w:rsidR="00CE558C" w:rsidRDefault="00CE558C" w:rsidP="00CE558C">
      <w:pPr>
        <w:pStyle w:val="ListParagraph"/>
        <w:numPr>
          <w:ilvl w:val="0"/>
          <w:numId w:val="27"/>
        </w:numPr>
      </w:pPr>
      <w:r w:rsidRPr="0028105E">
        <w:t>Secretary</w:t>
      </w:r>
    </w:p>
    <w:p w14:paraId="1C9B207C" w14:textId="77777777" w:rsidR="00CE558C" w:rsidRPr="0028105E" w:rsidRDefault="00CE558C" w:rsidP="00CE558C">
      <w:pPr>
        <w:pStyle w:val="ListParagraph"/>
        <w:numPr>
          <w:ilvl w:val="0"/>
          <w:numId w:val="27"/>
        </w:numPr>
      </w:pPr>
      <w:r>
        <w:t>Assistant secretary</w:t>
      </w:r>
    </w:p>
    <w:p w14:paraId="0639E8FA" w14:textId="77777777" w:rsidR="00CE558C" w:rsidRPr="0028105E" w:rsidRDefault="00CE558C" w:rsidP="00CE558C">
      <w:pPr>
        <w:pStyle w:val="ListParagraph"/>
        <w:numPr>
          <w:ilvl w:val="0"/>
          <w:numId w:val="27"/>
        </w:numPr>
      </w:pPr>
      <w:r w:rsidRPr="0028105E">
        <w:t>Treasurer</w:t>
      </w:r>
    </w:p>
    <w:p w14:paraId="1B454AFF" w14:textId="43A34C55" w:rsidR="0028105E" w:rsidRPr="00CE558C" w:rsidRDefault="00CE558C" w:rsidP="00CE558C">
      <w:pPr>
        <w:pStyle w:val="ListParagraph"/>
        <w:numPr>
          <w:ilvl w:val="0"/>
          <w:numId w:val="27"/>
        </w:numPr>
      </w:pPr>
      <w:r w:rsidRPr="0028105E">
        <w:t>2 Committee Members</w:t>
      </w:r>
    </w:p>
    <w:p w14:paraId="31E27392" w14:textId="43A572FF" w:rsidR="0054578E" w:rsidRPr="0054578E" w:rsidRDefault="00F060C8" w:rsidP="0054578E">
      <w:pPr>
        <w:rPr>
          <w:b/>
          <w:bCs/>
          <w:lang w:val="en-KE"/>
        </w:rPr>
      </w:pPr>
      <w:r w:rsidRPr="0028105E">
        <w:rPr>
          <w:b/>
          <w:bCs/>
          <w:lang w:val="en-KE"/>
        </w:rPr>
        <w:t>10</w:t>
      </w:r>
      <w:r w:rsidR="0054578E" w:rsidRPr="0054578E">
        <w:rPr>
          <w:b/>
          <w:bCs/>
          <w:lang w:val="en-KE"/>
        </w:rPr>
        <w:t>.3 Eligibility for Election</w:t>
      </w:r>
    </w:p>
    <w:p w14:paraId="57786DB9" w14:textId="77777777" w:rsidR="0054578E" w:rsidRPr="0054578E" w:rsidRDefault="0054578E" w:rsidP="0054578E">
      <w:pPr>
        <w:rPr>
          <w:lang w:val="en-KE"/>
        </w:rPr>
      </w:pPr>
      <w:r w:rsidRPr="0054578E">
        <w:rPr>
          <w:lang w:val="en-KE"/>
        </w:rPr>
        <w:t>A candidate must:</w:t>
      </w:r>
    </w:p>
    <w:p w14:paraId="42162933" w14:textId="28BABB4A" w:rsidR="0054578E" w:rsidRPr="0054578E" w:rsidRDefault="0054578E" w:rsidP="00F060C8">
      <w:pPr>
        <w:numPr>
          <w:ilvl w:val="0"/>
          <w:numId w:val="19"/>
        </w:numPr>
        <w:spacing w:after="0"/>
        <w:rPr>
          <w:lang w:val="en-KE"/>
        </w:rPr>
      </w:pPr>
      <w:r w:rsidRPr="0054578E">
        <w:rPr>
          <w:lang w:val="en-KE"/>
        </w:rPr>
        <w:t xml:space="preserve">Be a fully registered and active Ordinary Member </w:t>
      </w:r>
      <w:r w:rsidR="00F060C8" w:rsidRPr="0028105E">
        <w:rPr>
          <w:lang w:val="en-KE"/>
        </w:rPr>
        <w:t xml:space="preserve">and for subsequent elections, must have been a member </w:t>
      </w:r>
      <w:r w:rsidRPr="0054578E">
        <w:rPr>
          <w:lang w:val="en-KE"/>
        </w:rPr>
        <w:t xml:space="preserve">for at least </w:t>
      </w:r>
      <w:r w:rsidRPr="0054578E">
        <w:rPr>
          <w:b/>
          <w:bCs/>
          <w:lang w:val="en-KE"/>
        </w:rPr>
        <w:t>12 months</w:t>
      </w:r>
      <w:r w:rsidRPr="0054578E">
        <w:rPr>
          <w:lang w:val="en-KE"/>
        </w:rPr>
        <w:t xml:space="preserve"> prior to the election.</w:t>
      </w:r>
    </w:p>
    <w:p w14:paraId="67375EF2" w14:textId="77777777" w:rsidR="0054578E" w:rsidRPr="0054578E" w:rsidRDefault="0054578E" w:rsidP="00F060C8">
      <w:pPr>
        <w:numPr>
          <w:ilvl w:val="0"/>
          <w:numId w:val="19"/>
        </w:numPr>
        <w:spacing w:after="0"/>
        <w:rPr>
          <w:lang w:val="en-KE"/>
        </w:rPr>
      </w:pPr>
      <w:r w:rsidRPr="0054578E">
        <w:rPr>
          <w:lang w:val="en-KE"/>
        </w:rPr>
        <w:t>Have no pending disciplinary matter.</w:t>
      </w:r>
    </w:p>
    <w:p w14:paraId="52424673" w14:textId="77777777" w:rsidR="0054578E" w:rsidRPr="0054578E" w:rsidRDefault="0054578E" w:rsidP="00F060C8">
      <w:pPr>
        <w:numPr>
          <w:ilvl w:val="0"/>
          <w:numId w:val="19"/>
        </w:numPr>
        <w:spacing w:after="0"/>
        <w:rPr>
          <w:lang w:val="en-KE"/>
        </w:rPr>
      </w:pPr>
      <w:r w:rsidRPr="0054578E">
        <w:rPr>
          <w:lang w:val="en-KE"/>
        </w:rPr>
        <w:t>Demonstrate integrity, good moral standing, and commitment to the Organization’s objectives.</w:t>
      </w:r>
    </w:p>
    <w:p w14:paraId="53959021" w14:textId="77777777" w:rsidR="0054578E" w:rsidRPr="0054578E" w:rsidRDefault="0054578E" w:rsidP="00F060C8">
      <w:pPr>
        <w:numPr>
          <w:ilvl w:val="0"/>
          <w:numId w:val="19"/>
        </w:numPr>
        <w:spacing w:after="0"/>
        <w:rPr>
          <w:lang w:val="en-KE"/>
        </w:rPr>
      </w:pPr>
      <w:r w:rsidRPr="0054578E">
        <w:rPr>
          <w:lang w:val="en-KE"/>
        </w:rPr>
        <w:t>Meet any additional requirements approved by the General Assembly.</w:t>
      </w:r>
    </w:p>
    <w:p w14:paraId="2BC72079" w14:textId="02AE60C7" w:rsidR="0054578E" w:rsidRDefault="0054578E" w:rsidP="0054578E">
      <w:pPr>
        <w:rPr>
          <w:lang w:val="en-KE"/>
        </w:rPr>
      </w:pPr>
    </w:p>
    <w:p w14:paraId="29A478EE" w14:textId="77777777" w:rsidR="001A6145" w:rsidRDefault="001A6145" w:rsidP="0054578E">
      <w:pPr>
        <w:rPr>
          <w:lang w:val="en-KE"/>
        </w:rPr>
      </w:pPr>
    </w:p>
    <w:p w14:paraId="50E32301" w14:textId="77777777" w:rsidR="001A6145" w:rsidRPr="0054578E" w:rsidRDefault="001A6145" w:rsidP="0054578E">
      <w:pPr>
        <w:rPr>
          <w:lang w:val="en-KE"/>
        </w:rPr>
      </w:pPr>
    </w:p>
    <w:p w14:paraId="11359DAC" w14:textId="55F79499" w:rsidR="0054578E" w:rsidRPr="0054578E" w:rsidRDefault="00F060C8" w:rsidP="0054578E">
      <w:pPr>
        <w:rPr>
          <w:b/>
          <w:bCs/>
          <w:lang w:val="en-KE"/>
        </w:rPr>
      </w:pPr>
      <w:r w:rsidRPr="0028105E">
        <w:rPr>
          <w:b/>
          <w:bCs/>
          <w:lang w:val="en-KE"/>
        </w:rPr>
        <w:lastRenderedPageBreak/>
        <w:t>10</w:t>
      </w:r>
      <w:r w:rsidR="0054578E" w:rsidRPr="0054578E">
        <w:rPr>
          <w:b/>
          <w:bCs/>
          <w:lang w:val="en-KE"/>
        </w:rPr>
        <w:t>.4 Election Committee (EC)</w:t>
      </w:r>
    </w:p>
    <w:p w14:paraId="50EE8F8C" w14:textId="61326E1A" w:rsidR="0054578E" w:rsidRPr="0054578E" w:rsidRDefault="0054578E" w:rsidP="00F060C8">
      <w:pPr>
        <w:numPr>
          <w:ilvl w:val="0"/>
          <w:numId w:val="20"/>
        </w:numPr>
        <w:spacing w:after="0"/>
        <w:rPr>
          <w:lang w:val="en-KE"/>
        </w:rPr>
      </w:pPr>
      <w:r w:rsidRPr="0054578E">
        <w:rPr>
          <w:lang w:val="en-KE"/>
        </w:rPr>
        <w:t xml:space="preserve">An independent </w:t>
      </w:r>
      <w:r w:rsidRPr="0054578E">
        <w:rPr>
          <w:b/>
          <w:bCs/>
          <w:lang w:val="en-KE"/>
        </w:rPr>
        <w:t>Election Committee</w:t>
      </w:r>
      <w:r w:rsidRPr="0054578E">
        <w:rPr>
          <w:lang w:val="en-KE"/>
        </w:rPr>
        <w:t xml:space="preserve"> shall be appointed by the General Assembly </w:t>
      </w:r>
      <w:r w:rsidR="00F060C8" w:rsidRPr="0028105E">
        <w:rPr>
          <w:b/>
          <w:bCs/>
          <w:lang w:val="en-KE"/>
        </w:rPr>
        <w:t>one</w:t>
      </w:r>
      <w:r w:rsidRPr="0054578E">
        <w:rPr>
          <w:b/>
          <w:bCs/>
          <w:lang w:val="en-KE"/>
        </w:rPr>
        <w:t xml:space="preserve"> (</w:t>
      </w:r>
      <w:r w:rsidR="00F060C8" w:rsidRPr="0028105E">
        <w:rPr>
          <w:b/>
          <w:bCs/>
          <w:lang w:val="en-KE"/>
        </w:rPr>
        <w:t>1</w:t>
      </w:r>
      <w:r w:rsidRPr="0054578E">
        <w:rPr>
          <w:b/>
          <w:bCs/>
          <w:lang w:val="en-KE"/>
        </w:rPr>
        <w:t>) month</w:t>
      </w:r>
      <w:r w:rsidRPr="0054578E">
        <w:rPr>
          <w:lang w:val="en-KE"/>
        </w:rPr>
        <w:t xml:space="preserve"> before the election date.</w:t>
      </w:r>
    </w:p>
    <w:p w14:paraId="6B05D34F" w14:textId="339FFEC8" w:rsidR="0054578E" w:rsidRPr="0054578E" w:rsidRDefault="0054578E" w:rsidP="00F060C8">
      <w:pPr>
        <w:numPr>
          <w:ilvl w:val="0"/>
          <w:numId w:val="20"/>
        </w:numPr>
        <w:spacing w:after="0"/>
        <w:rPr>
          <w:lang w:val="en-KE"/>
        </w:rPr>
      </w:pPr>
      <w:r w:rsidRPr="0054578E">
        <w:rPr>
          <w:lang w:val="en-KE"/>
        </w:rPr>
        <w:t xml:space="preserve">The EC shall consist of </w:t>
      </w:r>
      <w:r w:rsidR="00F060C8" w:rsidRPr="0028105E">
        <w:rPr>
          <w:b/>
          <w:bCs/>
          <w:lang w:val="en-KE"/>
        </w:rPr>
        <w:t xml:space="preserve">2 to </w:t>
      </w:r>
      <w:r w:rsidRPr="0054578E">
        <w:rPr>
          <w:b/>
          <w:bCs/>
          <w:lang w:val="en-KE"/>
        </w:rPr>
        <w:t>5 neutral members</w:t>
      </w:r>
      <w:r w:rsidRPr="0054578E">
        <w:rPr>
          <w:lang w:val="en-KE"/>
        </w:rPr>
        <w:t xml:space="preserve"> who are </w:t>
      </w:r>
      <w:r w:rsidRPr="0054578E">
        <w:rPr>
          <w:b/>
          <w:bCs/>
          <w:lang w:val="en-KE"/>
        </w:rPr>
        <w:t>not contesting</w:t>
      </w:r>
      <w:r w:rsidRPr="0054578E">
        <w:rPr>
          <w:lang w:val="en-KE"/>
        </w:rPr>
        <w:t xml:space="preserve"> for any position.</w:t>
      </w:r>
    </w:p>
    <w:p w14:paraId="6D0E6965" w14:textId="5FF7C502" w:rsidR="0054578E" w:rsidRPr="0054578E" w:rsidRDefault="0054578E" w:rsidP="00F060C8">
      <w:pPr>
        <w:numPr>
          <w:ilvl w:val="0"/>
          <w:numId w:val="20"/>
        </w:numPr>
        <w:spacing w:after="0"/>
        <w:rPr>
          <w:lang w:val="en-KE"/>
        </w:rPr>
      </w:pPr>
      <w:r w:rsidRPr="0054578E">
        <w:rPr>
          <w:lang w:val="en-KE"/>
        </w:rPr>
        <w:t>The EC shall oversee nomination, voting, counting, and declaration of results.</w:t>
      </w:r>
      <w:r w:rsidRPr="0054578E">
        <w:rPr>
          <w:lang w:val="en-KE"/>
        </w:rPr>
        <w:br/>
      </w:r>
    </w:p>
    <w:p w14:paraId="5CEE2CEB" w14:textId="72FFD117" w:rsidR="0054578E" w:rsidRPr="0054578E" w:rsidRDefault="00F060C8" w:rsidP="0054578E">
      <w:pPr>
        <w:rPr>
          <w:b/>
          <w:bCs/>
          <w:lang w:val="en-KE"/>
        </w:rPr>
      </w:pPr>
      <w:r w:rsidRPr="0028105E">
        <w:rPr>
          <w:b/>
          <w:bCs/>
          <w:lang w:val="en-KE"/>
        </w:rPr>
        <w:t>10</w:t>
      </w:r>
      <w:r w:rsidR="0054578E" w:rsidRPr="0054578E">
        <w:rPr>
          <w:b/>
          <w:bCs/>
          <w:lang w:val="en-KE"/>
        </w:rPr>
        <w:t>.5 Nomination Process</w:t>
      </w:r>
    </w:p>
    <w:p w14:paraId="383E1C7F" w14:textId="78DF1ABB" w:rsidR="0054578E" w:rsidRPr="0054578E" w:rsidRDefault="0054578E" w:rsidP="00F060C8">
      <w:pPr>
        <w:numPr>
          <w:ilvl w:val="0"/>
          <w:numId w:val="21"/>
        </w:numPr>
        <w:spacing w:after="0"/>
        <w:rPr>
          <w:lang w:val="en-KE"/>
        </w:rPr>
      </w:pPr>
      <w:r w:rsidRPr="0054578E">
        <w:rPr>
          <w:lang w:val="en-KE"/>
        </w:rPr>
        <w:t xml:space="preserve">The Election Committee shall open nominations </w:t>
      </w:r>
      <w:r w:rsidR="00F060C8" w:rsidRPr="0028105E">
        <w:rPr>
          <w:b/>
          <w:bCs/>
          <w:lang w:val="en-KE"/>
        </w:rPr>
        <w:t>7</w:t>
      </w:r>
      <w:r w:rsidRPr="0054578E">
        <w:rPr>
          <w:b/>
          <w:bCs/>
          <w:lang w:val="en-KE"/>
        </w:rPr>
        <w:t xml:space="preserve"> days</w:t>
      </w:r>
      <w:r w:rsidRPr="0054578E">
        <w:rPr>
          <w:lang w:val="en-KE"/>
        </w:rPr>
        <w:t xml:space="preserve"> before elections.</w:t>
      </w:r>
    </w:p>
    <w:p w14:paraId="76079704" w14:textId="5A0FF7AC" w:rsidR="0054578E" w:rsidRPr="0054578E" w:rsidRDefault="00F060C8" w:rsidP="00F060C8">
      <w:pPr>
        <w:numPr>
          <w:ilvl w:val="0"/>
          <w:numId w:val="21"/>
        </w:numPr>
        <w:spacing w:after="0"/>
        <w:rPr>
          <w:lang w:val="en-KE"/>
        </w:rPr>
      </w:pPr>
      <w:r w:rsidRPr="0028105E">
        <w:rPr>
          <w:lang w:val="en-KE"/>
        </w:rPr>
        <w:t>L</w:t>
      </w:r>
      <w:r w:rsidR="0054578E" w:rsidRPr="0054578E">
        <w:rPr>
          <w:lang w:val="en-KE"/>
        </w:rPr>
        <w:t xml:space="preserve">ist of candidates shall be </w:t>
      </w:r>
      <w:r w:rsidRPr="0028105E">
        <w:rPr>
          <w:lang w:val="en-KE"/>
        </w:rPr>
        <w:t>communicated</w:t>
      </w:r>
      <w:r w:rsidR="0054578E" w:rsidRPr="0054578E">
        <w:rPr>
          <w:lang w:val="en-KE"/>
        </w:rPr>
        <w:t xml:space="preserve"> </w:t>
      </w:r>
      <w:r w:rsidRPr="0028105E">
        <w:rPr>
          <w:lang w:val="en-KE"/>
        </w:rPr>
        <w:t>at the meeting before</w:t>
      </w:r>
      <w:r w:rsidR="0054578E" w:rsidRPr="0054578E">
        <w:rPr>
          <w:lang w:val="en-KE"/>
        </w:rPr>
        <w:t xml:space="preserve"> </w:t>
      </w:r>
      <w:r w:rsidRPr="0028105E">
        <w:rPr>
          <w:lang w:val="en-KE"/>
        </w:rPr>
        <w:t xml:space="preserve">the commencement of </w:t>
      </w:r>
      <w:r w:rsidR="0054578E" w:rsidRPr="0054578E">
        <w:rPr>
          <w:lang w:val="en-KE"/>
        </w:rPr>
        <w:t>election</w:t>
      </w:r>
      <w:r w:rsidRPr="0028105E">
        <w:rPr>
          <w:lang w:val="en-KE"/>
        </w:rPr>
        <w:t>s</w:t>
      </w:r>
      <w:r w:rsidR="0054578E" w:rsidRPr="0054578E">
        <w:rPr>
          <w:lang w:val="en-KE"/>
        </w:rPr>
        <w:t>.</w:t>
      </w:r>
    </w:p>
    <w:p w14:paraId="1C397110" w14:textId="319D5614" w:rsidR="0054578E" w:rsidRPr="0054578E" w:rsidRDefault="0054578E" w:rsidP="0054578E">
      <w:pPr>
        <w:rPr>
          <w:lang w:val="en-KE"/>
        </w:rPr>
      </w:pPr>
    </w:p>
    <w:p w14:paraId="62B328FC" w14:textId="0023EE1B" w:rsidR="0054578E" w:rsidRPr="0054578E" w:rsidRDefault="00F060C8" w:rsidP="0054578E">
      <w:pPr>
        <w:rPr>
          <w:b/>
          <w:bCs/>
          <w:lang w:val="en-KE"/>
        </w:rPr>
      </w:pPr>
      <w:r w:rsidRPr="0028105E">
        <w:rPr>
          <w:b/>
          <w:bCs/>
          <w:lang w:val="en-KE"/>
        </w:rPr>
        <w:t>10</w:t>
      </w:r>
      <w:r w:rsidR="0054578E" w:rsidRPr="0054578E">
        <w:rPr>
          <w:b/>
          <w:bCs/>
          <w:lang w:val="en-KE"/>
        </w:rPr>
        <w:t>.6 Voting Procedures</w:t>
      </w:r>
    </w:p>
    <w:p w14:paraId="0E3831E7" w14:textId="77652C8C" w:rsidR="0054578E" w:rsidRPr="0054578E" w:rsidRDefault="0054578E" w:rsidP="00F060C8">
      <w:pPr>
        <w:numPr>
          <w:ilvl w:val="0"/>
          <w:numId w:val="22"/>
        </w:numPr>
        <w:spacing w:after="0"/>
        <w:rPr>
          <w:lang w:val="en-KE"/>
        </w:rPr>
      </w:pPr>
      <w:r w:rsidRPr="0054578E">
        <w:rPr>
          <w:lang w:val="en-KE"/>
        </w:rPr>
        <w:t xml:space="preserve">Voting shall be by </w:t>
      </w:r>
      <w:r w:rsidRPr="0054578E">
        <w:rPr>
          <w:b/>
          <w:bCs/>
          <w:lang w:val="en-KE"/>
        </w:rPr>
        <w:t>secret ballot</w:t>
      </w:r>
      <w:r w:rsidR="00F060C8" w:rsidRPr="0028105E">
        <w:rPr>
          <w:b/>
          <w:bCs/>
          <w:lang w:val="en-KE"/>
        </w:rPr>
        <w:t xml:space="preserve"> or through an electronic poll</w:t>
      </w:r>
      <w:r w:rsidRPr="0054578E">
        <w:rPr>
          <w:lang w:val="en-KE"/>
        </w:rPr>
        <w:t>, unless the General Assembly approves an alternative method.</w:t>
      </w:r>
    </w:p>
    <w:p w14:paraId="1CDF230B" w14:textId="77777777" w:rsidR="0054578E" w:rsidRPr="0054578E" w:rsidRDefault="0054578E" w:rsidP="00F060C8">
      <w:pPr>
        <w:numPr>
          <w:ilvl w:val="0"/>
          <w:numId w:val="22"/>
        </w:numPr>
        <w:spacing w:after="0"/>
        <w:rPr>
          <w:lang w:val="en-KE"/>
        </w:rPr>
      </w:pPr>
      <w:r w:rsidRPr="0054578E">
        <w:rPr>
          <w:lang w:val="en-KE"/>
        </w:rPr>
        <w:t xml:space="preserve">Each qualified member shall have </w:t>
      </w:r>
      <w:r w:rsidRPr="0054578E">
        <w:rPr>
          <w:b/>
          <w:bCs/>
          <w:lang w:val="en-KE"/>
        </w:rPr>
        <w:t>one vote</w:t>
      </w:r>
      <w:r w:rsidRPr="0054578E">
        <w:rPr>
          <w:lang w:val="en-KE"/>
        </w:rPr>
        <w:t>.</w:t>
      </w:r>
    </w:p>
    <w:p w14:paraId="37501259" w14:textId="05035EBF" w:rsidR="0054578E" w:rsidRPr="0054578E" w:rsidRDefault="0054578E" w:rsidP="00F060C8">
      <w:pPr>
        <w:numPr>
          <w:ilvl w:val="0"/>
          <w:numId w:val="22"/>
        </w:numPr>
        <w:spacing w:after="0"/>
        <w:rPr>
          <w:lang w:val="en-KE"/>
        </w:rPr>
      </w:pPr>
      <w:r w:rsidRPr="0054578E">
        <w:rPr>
          <w:lang w:val="en-KE"/>
        </w:rPr>
        <w:t xml:space="preserve">Quorum for valid elections shall be at least </w:t>
      </w:r>
      <w:r w:rsidRPr="0054578E">
        <w:rPr>
          <w:b/>
          <w:bCs/>
          <w:lang w:val="en-KE"/>
        </w:rPr>
        <w:t>50% + 1</w:t>
      </w:r>
      <w:r w:rsidRPr="0054578E">
        <w:rPr>
          <w:lang w:val="en-KE"/>
        </w:rPr>
        <w:t xml:space="preserve"> of </w:t>
      </w:r>
      <w:r w:rsidR="00F060C8" w:rsidRPr="0028105E">
        <w:rPr>
          <w:lang w:val="en-KE"/>
        </w:rPr>
        <w:t xml:space="preserve">registered </w:t>
      </w:r>
      <w:r w:rsidRPr="0054578E">
        <w:rPr>
          <w:lang w:val="en-KE"/>
        </w:rPr>
        <w:t>members.</w:t>
      </w:r>
    </w:p>
    <w:p w14:paraId="4C022825" w14:textId="4459D801" w:rsidR="0054578E" w:rsidRPr="0054578E" w:rsidRDefault="0054578E" w:rsidP="0054578E">
      <w:pPr>
        <w:numPr>
          <w:ilvl w:val="0"/>
          <w:numId w:val="22"/>
        </w:numPr>
        <w:spacing w:after="0"/>
        <w:rPr>
          <w:lang w:val="en-KE"/>
        </w:rPr>
      </w:pPr>
      <w:r w:rsidRPr="0054578E">
        <w:rPr>
          <w:lang w:val="en-KE"/>
        </w:rPr>
        <w:t>Counting shall be conducted publicly</w:t>
      </w:r>
      <w:r w:rsidR="00F060C8" w:rsidRPr="0028105E">
        <w:rPr>
          <w:lang w:val="en-KE"/>
        </w:rPr>
        <w:t xml:space="preserve"> by the EC or automatically is electronic poll is used.</w:t>
      </w:r>
    </w:p>
    <w:p w14:paraId="09CAEB09" w14:textId="4CD77556" w:rsidR="0054578E" w:rsidRPr="0054578E" w:rsidRDefault="00F060C8" w:rsidP="0054578E">
      <w:pPr>
        <w:rPr>
          <w:b/>
          <w:bCs/>
          <w:lang w:val="en-KE"/>
        </w:rPr>
      </w:pPr>
      <w:r w:rsidRPr="0028105E">
        <w:rPr>
          <w:b/>
          <w:bCs/>
          <w:lang w:val="en-KE"/>
        </w:rPr>
        <w:t>10</w:t>
      </w:r>
      <w:r w:rsidR="0054578E" w:rsidRPr="0054578E">
        <w:rPr>
          <w:b/>
          <w:bCs/>
          <w:lang w:val="en-KE"/>
        </w:rPr>
        <w:t>.7 Announcement of Results</w:t>
      </w:r>
    </w:p>
    <w:p w14:paraId="48A778B5" w14:textId="77777777" w:rsidR="0054578E" w:rsidRPr="0054578E" w:rsidRDefault="0054578E" w:rsidP="00F060C8">
      <w:pPr>
        <w:numPr>
          <w:ilvl w:val="0"/>
          <w:numId w:val="23"/>
        </w:numPr>
        <w:spacing w:after="0"/>
        <w:rPr>
          <w:lang w:val="en-KE"/>
        </w:rPr>
      </w:pPr>
      <w:r w:rsidRPr="0054578E">
        <w:rPr>
          <w:lang w:val="en-KE"/>
        </w:rPr>
        <w:t>The EC shall announce results immediately after counting.</w:t>
      </w:r>
    </w:p>
    <w:p w14:paraId="5BCE99AF" w14:textId="77777777" w:rsidR="0054578E" w:rsidRPr="0054578E" w:rsidRDefault="0054578E" w:rsidP="00F060C8">
      <w:pPr>
        <w:numPr>
          <w:ilvl w:val="0"/>
          <w:numId w:val="23"/>
        </w:numPr>
        <w:spacing w:after="0"/>
        <w:rPr>
          <w:lang w:val="en-KE"/>
        </w:rPr>
      </w:pPr>
      <w:r w:rsidRPr="0054578E">
        <w:rPr>
          <w:lang w:val="en-KE"/>
        </w:rPr>
        <w:t xml:space="preserve">Any disputes must be lodged within </w:t>
      </w:r>
      <w:r w:rsidRPr="0054578E">
        <w:rPr>
          <w:b/>
          <w:bCs/>
          <w:lang w:val="en-KE"/>
        </w:rPr>
        <w:t>48 hours</w:t>
      </w:r>
      <w:r w:rsidRPr="0054578E">
        <w:rPr>
          <w:lang w:val="en-KE"/>
        </w:rPr>
        <w:t>.</w:t>
      </w:r>
    </w:p>
    <w:p w14:paraId="076EA979" w14:textId="496B4F55" w:rsidR="0054578E" w:rsidRPr="0054578E" w:rsidRDefault="0054578E" w:rsidP="00F060C8">
      <w:pPr>
        <w:numPr>
          <w:ilvl w:val="0"/>
          <w:numId w:val="23"/>
        </w:numPr>
        <w:spacing w:after="0"/>
        <w:rPr>
          <w:lang w:val="en-KE"/>
        </w:rPr>
      </w:pPr>
      <w:r w:rsidRPr="0054578E">
        <w:rPr>
          <w:lang w:val="en-KE"/>
        </w:rPr>
        <w:t>The EC’s decision on disputes shall be final unless escalated to the General Assembly through an SGM.</w:t>
      </w:r>
      <w:r w:rsidRPr="0054578E">
        <w:rPr>
          <w:lang w:val="en-KE"/>
        </w:rPr>
        <w:br/>
      </w:r>
    </w:p>
    <w:p w14:paraId="3B682FA5" w14:textId="15E89203" w:rsidR="0054578E" w:rsidRPr="0054578E" w:rsidRDefault="00F060C8" w:rsidP="0054578E">
      <w:pPr>
        <w:rPr>
          <w:b/>
          <w:bCs/>
          <w:lang w:val="en-KE"/>
        </w:rPr>
      </w:pPr>
      <w:r w:rsidRPr="0028105E">
        <w:rPr>
          <w:b/>
          <w:bCs/>
          <w:lang w:val="en-KE"/>
        </w:rPr>
        <w:t>10</w:t>
      </w:r>
      <w:r w:rsidR="0054578E" w:rsidRPr="0054578E">
        <w:rPr>
          <w:b/>
          <w:bCs/>
          <w:lang w:val="en-KE"/>
        </w:rPr>
        <w:t>.8 Term of Office</w:t>
      </w:r>
    </w:p>
    <w:p w14:paraId="26F8989F" w14:textId="71005993" w:rsidR="0054578E" w:rsidRPr="0054578E" w:rsidRDefault="0054578E" w:rsidP="0028105E">
      <w:pPr>
        <w:numPr>
          <w:ilvl w:val="0"/>
          <w:numId w:val="24"/>
        </w:numPr>
        <w:spacing w:after="0"/>
        <w:rPr>
          <w:lang w:val="en-KE"/>
        </w:rPr>
      </w:pPr>
      <w:r w:rsidRPr="0054578E">
        <w:rPr>
          <w:lang w:val="en-KE"/>
        </w:rPr>
        <w:t xml:space="preserve">Elected officials shall serve for a term of </w:t>
      </w:r>
      <w:r w:rsidR="009B4334">
        <w:rPr>
          <w:b/>
          <w:bCs/>
          <w:lang w:val="en-KE"/>
        </w:rPr>
        <w:t>three</w:t>
      </w:r>
      <w:r w:rsidRPr="0054578E">
        <w:rPr>
          <w:b/>
          <w:bCs/>
          <w:lang w:val="en-KE"/>
        </w:rPr>
        <w:t xml:space="preserve"> (</w:t>
      </w:r>
      <w:r w:rsidR="009B4334">
        <w:rPr>
          <w:b/>
          <w:bCs/>
          <w:lang w:val="en-KE"/>
        </w:rPr>
        <w:t>3</w:t>
      </w:r>
      <w:r w:rsidRPr="0054578E">
        <w:rPr>
          <w:b/>
          <w:bCs/>
          <w:lang w:val="en-KE"/>
        </w:rPr>
        <w:t>) year</w:t>
      </w:r>
      <w:r w:rsidR="009B4334">
        <w:rPr>
          <w:b/>
          <w:bCs/>
          <w:lang w:val="en-KE"/>
        </w:rPr>
        <w:t>s</w:t>
      </w:r>
      <w:r w:rsidRPr="0054578E">
        <w:rPr>
          <w:lang w:val="en-KE"/>
        </w:rPr>
        <w:t>.</w:t>
      </w:r>
    </w:p>
    <w:p w14:paraId="2A03D0C6" w14:textId="77777777" w:rsidR="0054578E" w:rsidRPr="0054578E" w:rsidRDefault="0054578E" w:rsidP="0028105E">
      <w:pPr>
        <w:numPr>
          <w:ilvl w:val="0"/>
          <w:numId w:val="24"/>
        </w:numPr>
        <w:spacing w:after="0"/>
        <w:rPr>
          <w:lang w:val="en-KE"/>
        </w:rPr>
      </w:pPr>
      <w:r w:rsidRPr="0054578E">
        <w:rPr>
          <w:lang w:val="en-KE"/>
        </w:rPr>
        <w:t xml:space="preserve">Officials may seek </w:t>
      </w:r>
      <w:r w:rsidRPr="0054578E">
        <w:rPr>
          <w:b/>
          <w:bCs/>
          <w:lang w:val="en-KE"/>
        </w:rPr>
        <w:t>re</w:t>
      </w:r>
      <w:r w:rsidRPr="0054578E">
        <w:rPr>
          <w:b/>
          <w:bCs/>
          <w:lang w:val="en-KE"/>
        </w:rPr>
        <w:noBreakHyphen/>
        <w:t>election once</w:t>
      </w:r>
      <w:r w:rsidRPr="0054578E">
        <w:rPr>
          <w:lang w:val="en-KE"/>
        </w:rPr>
        <w:t>, unless otherwise amended by the General Assembly.</w:t>
      </w:r>
    </w:p>
    <w:p w14:paraId="14AFEF51" w14:textId="37CCDEF9" w:rsidR="0054578E" w:rsidRPr="0054578E" w:rsidRDefault="0054578E" w:rsidP="0028105E">
      <w:pPr>
        <w:numPr>
          <w:ilvl w:val="0"/>
          <w:numId w:val="24"/>
        </w:numPr>
        <w:spacing w:after="0"/>
        <w:rPr>
          <w:lang w:val="en-KE"/>
        </w:rPr>
      </w:pPr>
      <w:r w:rsidRPr="0054578E">
        <w:rPr>
          <w:lang w:val="en-KE"/>
        </w:rPr>
        <w:t>In case of resignation, death, or removal, the Executive Committee may appoint an interim official until the next AGM.</w:t>
      </w:r>
      <w:r w:rsidRPr="0054578E">
        <w:rPr>
          <w:lang w:val="en-KE"/>
        </w:rPr>
        <w:br/>
      </w:r>
    </w:p>
    <w:p w14:paraId="3C7CB6B7" w14:textId="73499D92" w:rsidR="0054578E" w:rsidRPr="0054578E" w:rsidRDefault="0028105E" w:rsidP="0054578E">
      <w:pPr>
        <w:rPr>
          <w:b/>
          <w:bCs/>
          <w:lang w:val="en-KE"/>
        </w:rPr>
      </w:pPr>
      <w:r w:rsidRPr="0028105E">
        <w:rPr>
          <w:b/>
          <w:bCs/>
          <w:lang w:val="en-KE"/>
        </w:rPr>
        <w:t>10</w:t>
      </w:r>
      <w:r w:rsidR="0054578E" w:rsidRPr="0054578E">
        <w:rPr>
          <w:b/>
          <w:bCs/>
          <w:lang w:val="en-KE"/>
        </w:rPr>
        <w:t>.9 Removal from Office</w:t>
      </w:r>
    </w:p>
    <w:p w14:paraId="177A5E7A" w14:textId="77777777" w:rsidR="0054578E" w:rsidRPr="0054578E" w:rsidRDefault="0054578E" w:rsidP="0054578E">
      <w:pPr>
        <w:rPr>
          <w:lang w:val="en-KE"/>
        </w:rPr>
      </w:pPr>
      <w:r w:rsidRPr="0054578E">
        <w:rPr>
          <w:lang w:val="en-KE"/>
        </w:rPr>
        <w:t>An official may be removed if:</w:t>
      </w:r>
    </w:p>
    <w:p w14:paraId="4C87398C" w14:textId="77777777" w:rsidR="0054578E" w:rsidRPr="0054578E" w:rsidRDefault="0054578E" w:rsidP="0028105E">
      <w:pPr>
        <w:numPr>
          <w:ilvl w:val="0"/>
          <w:numId w:val="25"/>
        </w:numPr>
        <w:spacing w:after="0"/>
        <w:rPr>
          <w:lang w:val="en-KE"/>
        </w:rPr>
      </w:pPr>
      <w:r w:rsidRPr="0054578E">
        <w:rPr>
          <w:lang w:val="en-KE"/>
        </w:rPr>
        <w:t>They violate the Constitution or Code of Conduct.</w:t>
      </w:r>
    </w:p>
    <w:p w14:paraId="7AB797C8" w14:textId="77777777" w:rsidR="0054578E" w:rsidRPr="0054578E" w:rsidRDefault="0054578E" w:rsidP="0028105E">
      <w:pPr>
        <w:numPr>
          <w:ilvl w:val="0"/>
          <w:numId w:val="25"/>
        </w:numPr>
        <w:spacing w:after="0"/>
        <w:rPr>
          <w:lang w:val="en-KE"/>
        </w:rPr>
      </w:pPr>
      <w:r w:rsidRPr="0054578E">
        <w:rPr>
          <w:lang w:val="en-KE"/>
        </w:rPr>
        <w:t>Misuse organizational funds or resources.</w:t>
      </w:r>
    </w:p>
    <w:p w14:paraId="7046D162" w14:textId="77777777" w:rsidR="0054578E" w:rsidRPr="0054578E" w:rsidRDefault="0054578E" w:rsidP="0028105E">
      <w:pPr>
        <w:numPr>
          <w:ilvl w:val="0"/>
          <w:numId w:val="25"/>
        </w:numPr>
        <w:spacing w:after="0"/>
        <w:rPr>
          <w:lang w:val="en-KE"/>
        </w:rPr>
      </w:pPr>
      <w:r w:rsidRPr="0054578E">
        <w:rPr>
          <w:lang w:val="en-KE"/>
        </w:rPr>
        <w:t>Fail to attend three consecutive meetings without reasonable cause.</w:t>
      </w:r>
    </w:p>
    <w:p w14:paraId="67DB9502" w14:textId="77777777" w:rsidR="0054578E" w:rsidRPr="0054578E" w:rsidRDefault="0054578E" w:rsidP="0028105E">
      <w:pPr>
        <w:numPr>
          <w:ilvl w:val="0"/>
          <w:numId w:val="25"/>
        </w:numPr>
        <w:spacing w:after="0"/>
        <w:rPr>
          <w:lang w:val="en-KE"/>
        </w:rPr>
      </w:pPr>
      <w:r w:rsidRPr="0054578E">
        <w:rPr>
          <w:lang w:val="en-KE"/>
        </w:rPr>
        <w:t>Engage in conduct that tarnishes the reputation of the Organization.</w:t>
      </w:r>
    </w:p>
    <w:p w14:paraId="0E3AFA4C" w14:textId="77777777" w:rsidR="0054578E" w:rsidRPr="0028105E" w:rsidRDefault="0054578E"/>
    <w:sectPr w:rsidR="0054578E" w:rsidRPr="0028105E" w:rsidSect="00034616">
      <w:footerReference w:type="even" r:id="rId8"/>
      <w:footerReference w:type="default" r:id="rId9"/>
      <w:foot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11038" w14:textId="77777777" w:rsidR="00EC3904" w:rsidRDefault="00EC3904" w:rsidP="001A6145">
      <w:pPr>
        <w:spacing w:after="0" w:line="240" w:lineRule="auto"/>
      </w:pPr>
      <w:r>
        <w:separator/>
      </w:r>
    </w:p>
  </w:endnote>
  <w:endnote w:type="continuationSeparator" w:id="0">
    <w:p w14:paraId="2C3F3302" w14:textId="77777777" w:rsidR="00EC3904" w:rsidRDefault="00EC3904" w:rsidP="001A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CB6A8" w14:textId="0FC1EE6D" w:rsidR="001A6145" w:rsidRDefault="001A614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5ABE5" w14:textId="5FCE7DEE" w:rsidR="001A6145" w:rsidRDefault="001A614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A3836" w14:textId="2D8198C5" w:rsidR="001A6145" w:rsidRDefault="001A61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4B5DA" w14:textId="77777777" w:rsidR="00EC3904" w:rsidRDefault="00EC3904" w:rsidP="001A6145">
      <w:pPr>
        <w:spacing w:after="0" w:line="240" w:lineRule="auto"/>
      </w:pPr>
      <w:r>
        <w:separator/>
      </w:r>
    </w:p>
  </w:footnote>
  <w:footnote w:type="continuationSeparator" w:id="0">
    <w:p w14:paraId="122EC043" w14:textId="77777777" w:rsidR="00EC3904" w:rsidRDefault="00EC3904" w:rsidP="001A6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6F299C"/>
    <w:multiLevelType w:val="hybridMultilevel"/>
    <w:tmpl w:val="005890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698190F"/>
    <w:multiLevelType w:val="multilevel"/>
    <w:tmpl w:val="280C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14AE1"/>
    <w:multiLevelType w:val="multilevel"/>
    <w:tmpl w:val="A95EF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845EE0"/>
    <w:multiLevelType w:val="hybridMultilevel"/>
    <w:tmpl w:val="FB42D3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213209F"/>
    <w:multiLevelType w:val="multilevel"/>
    <w:tmpl w:val="757C80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19E76198"/>
    <w:multiLevelType w:val="hybridMultilevel"/>
    <w:tmpl w:val="0E80C90A"/>
    <w:lvl w:ilvl="0" w:tplc="20000001">
      <w:start w:val="1"/>
      <w:numFmt w:val="bullet"/>
      <w:lvlText w:val=""/>
      <w:lvlJc w:val="left"/>
      <w:pPr>
        <w:ind w:left="720" w:hanging="360"/>
      </w:pPr>
      <w:rPr>
        <w:rFonts w:ascii="Symbol" w:hAnsi="Symbol" w:hint="default"/>
      </w:rPr>
    </w:lvl>
    <w:lvl w:ilvl="1" w:tplc="FB105E6A">
      <w:numFmt w:val="bullet"/>
      <w:lvlText w:val="•"/>
      <w:lvlJc w:val="left"/>
      <w:pPr>
        <w:ind w:left="1440" w:hanging="360"/>
      </w:pPr>
      <w:rPr>
        <w:rFonts w:ascii="Cambria" w:eastAsiaTheme="minorEastAsia" w:hAnsi="Cambria"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3A0602C"/>
    <w:multiLevelType w:val="multilevel"/>
    <w:tmpl w:val="6E2E7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944E8E"/>
    <w:multiLevelType w:val="hybridMultilevel"/>
    <w:tmpl w:val="AE6E5C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F0D4D06"/>
    <w:multiLevelType w:val="hybridMultilevel"/>
    <w:tmpl w:val="6E76216E"/>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77243F3"/>
    <w:multiLevelType w:val="hybridMultilevel"/>
    <w:tmpl w:val="F39E7EE2"/>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FC6220"/>
    <w:multiLevelType w:val="multilevel"/>
    <w:tmpl w:val="5A6A2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0376ED"/>
    <w:multiLevelType w:val="multilevel"/>
    <w:tmpl w:val="4A12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3644BE"/>
    <w:multiLevelType w:val="hybridMultilevel"/>
    <w:tmpl w:val="6E7621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5B4AAA"/>
    <w:multiLevelType w:val="multilevel"/>
    <w:tmpl w:val="508EF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14749C"/>
    <w:multiLevelType w:val="hybridMultilevel"/>
    <w:tmpl w:val="5C78F8F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 w15:restartNumberingAfterBreak="0">
    <w:nsid w:val="683A4E80"/>
    <w:multiLevelType w:val="hybridMultilevel"/>
    <w:tmpl w:val="7168FB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1D25964"/>
    <w:multiLevelType w:val="multilevel"/>
    <w:tmpl w:val="40E04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C1139D"/>
    <w:multiLevelType w:val="hybridMultilevel"/>
    <w:tmpl w:val="4AFC1458"/>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3"/>
  </w:num>
  <w:num w:numId="11">
    <w:abstractNumId w:val="24"/>
  </w:num>
  <w:num w:numId="12">
    <w:abstractNumId w:val="14"/>
  </w:num>
  <w:num w:numId="13">
    <w:abstractNumId w:val="16"/>
  </w:num>
  <w:num w:numId="14">
    <w:abstractNumId w:val="17"/>
  </w:num>
  <w:num w:numId="15">
    <w:abstractNumId w:val="12"/>
  </w:num>
  <w:num w:numId="16">
    <w:abstractNumId w:val="9"/>
  </w:num>
  <w:num w:numId="17">
    <w:abstractNumId w:val="26"/>
  </w:num>
  <w:num w:numId="18">
    <w:abstractNumId w:val="13"/>
  </w:num>
  <w:num w:numId="19">
    <w:abstractNumId w:val="10"/>
  </w:num>
  <w:num w:numId="20">
    <w:abstractNumId w:val="19"/>
  </w:num>
  <w:num w:numId="21">
    <w:abstractNumId w:val="11"/>
  </w:num>
  <w:num w:numId="22">
    <w:abstractNumId w:val="22"/>
  </w:num>
  <w:num w:numId="23">
    <w:abstractNumId w:val="15"/>
  </w:num>
  <w:num w:numId="24">
    <w:abstractNumId w:val="20"/>
  </w:num>
  <w:num w:numId="25">
    <w:abstractNumId w:val="25"/>
  </w:num>
  <w:num w:numId="26">
    <w:abstractNumId w:val="21"/>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B5ECE"/>
    <w:rsid w:val="0015074B"/>
    <w:rsid w:val="00164EFA"/>
    <w:rsid w:val="001A6145"/>
    <w:rsid w:val="0028105E"/>
    <w:rsid w:val="0029639D"/>
    <w:rsid w:val="00326F90"/>
    <w:rsid w:val="0033781C"/>
    <w:rsid w:val="0054578E"/>
    <w:rsid w:val="00552943"/>
    <w:rsid w:val="005606B1"/>
    <w:rsid w:val="006829EB"/>
    <w:rsid w:val="007C40D2"/>
    <w:rsid w:val="007F1DC9"/>
    <w:rsid w:val="0081611C"/>
    <w:rsid w:val="00872EBF"/>
    <w:rsid w:val="009044E5"/>
    <w:rsid w:val="009B2C14"/>
    <w:rsid w:val="009B4334"/>
    <w:rsid w:val="009B5D5C"/>
    <w:rsid w:val="00A3546E"/>
    <w:rsid w:val="00A82A2C"/>
    <w:rsid w:val="00AA1D8D"/>
    <w:rsid w:val="00B47730"/>
    <w:rsid w:val="00CB0664"/>
    <w:rsid w:val="00CB1356"/>
    <w:rsid w:val="00CE558C"/>
    <w:rsid w:val="00EA3301"/>
    <w:rsid w:val="00EC3904"/>
    <w:rsid w:val="00F060C8"/>
    <w:rsid w:val="00F5561A"/>
    <w:rsid w:val="00FB57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B61495"/>
  <w14:defaultImageDpi w14:val="300"/>
  <w15:docId w15:val="{D1A28CE2-258E-4F4F-A01A-5C16B0B0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4578E"/>
    <w:rPr>
      <w:color w:val="0000FF" w:themeColor="hyperlink"/>
      <w:u w:val="single"/>
    </w:rPr>
  </w:style>
  <w:style w:type="character" w:customStyle="1" w:styleId="UnresolvedMention">
    <w:name w:val="Unresolved Mention"/>
    <w:basedOn w:val="DefaultParagraphFont"/>
    <w:uiPriority w:val="99"/>
    <w:semiHidden/>
    <w:unhideWhenUsed/>
    <w:rsid w:val="00545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44E0C-BA21-4B08-ACCA-82E6E2D21F4B}">
  <ds:schemaRefs>
    <ds:schemaRef ds:uri="http://schemas.openxmlformats.org/officeDocument/2006/bibliography"/>
  </ds:schemaRefs>
</ds:datastoreItem>
</file>

<file path=docMetadata/LabelInfo.xml><?xml version="1.0" encoding="utf-8"?>
<clbl:labelList xmlns:clbl="http://schemas.microsoft.com/office/2020/mipLabelMetadata">
  <clbl:label id="{f886ab1d-51ff-47ab-9e3e-b20b22f1c1b7}" enabled="1" method="Privileged" siteId="{2d65fea0-8478-44f2-ac0f-1a58b1382aa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cp:lastPrinted>2026-03-05T05:28:00Z</cp:lastPrinted>
  <dcterms:created xsi:type="dcterms:W3CDTF">2026-06-02T13:29:00Z</dcterms:created>
  <dcterms:modified xsi:type="dcterms:W3CDTF">2026-06-02T13:29:00Z</dcterms:modified>
  <cp:category/>
</cp:coreProperties>
</file>